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0C0C1" w14:textId="77777777" w:rsidR="006B6121" w:rsidRDefault="003F529C" w:rsidP="006B6121">
      <w:pPr>
        <w:spacing w:after="0"/>
        <w:rPr>
          <w:rFonts w:ascii="Aptos Display" w:hAnsi="Aptos Display"/>
          <w:b/>
          <w:color w:val="003366"/>
          <w:sz w:val="28"/>
          <w:szCs w:val="28"/>
        </w:rPr>
      </w:pPr>
      <w:r>
        <w:rPr>
          <w:b/>
          <w:noProof/>
          <w:color w:val="003366"/>
        </w:rPr>
        <w:drawing>
          <wp:inline distT="0" distB="0" distL="0" distR="0" wp14:anchorId="61CA9312" wp14:editId="3E222C6D">
            <wp:extent cx="1947037" cy="581660"/>
            <wp:effectExtent l="0" t="0" r="0" b="8890"/>
            <wp:docPr id="5" name="Picture 4">
              <a:extLst xmlns:a="http://schemas.openxmlformats.org/drawingml/2006/main">
                <a:ext uri="{FF2B5EF4-FFF2-40B4-BE49-F238E27FC236}">
                  <a16:creationId xmlns:a16="http://schemas.microsoft.com/office/drawing/2014/main" id="{37DB6C3A-097A-A3EF-4B47-256DCA2873D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7DB6C3A-097A-A3EF-4B47-256DCA2873DE}"/>
                        </a:ext>
                        <a:ext uri="{C183D7F6-B498-43B3-948B-1728B52AA6E4}">
                          <adec:decorative xmlns:adec="http://schemas.microsoft.com/office/drawing/2017/decorative" val="1"/>
                        </a:ext>
                      </a:extLst>
                    </pic:cNvPr>
                    <pic:cNvPicPr>
                      <a:picLocks noChangeAspect="1"/>
                    </pic:cNvPicPr>
                  </pic:nvPicPr>
                  <pic:blipFill>
                    <a:blip r:embed="rId8">
                      <a:clrChange>
                        <a:clrFrom>
                          <a:srgbClr val="F5F5EA"/>
                        </a:clrFrom>
                        <a:clrTo>
                          <a:srgbClr val="F5F5EA">
                            <a:alpha val="0"/>
                          </a:srgbClr>
                        </a:clrTo>
                      </a:clrChange>
                      <a:alphaModFix/>
                      <a:extLst>
                        <a:ext uri="{28A0092B-C50C-407E-A947-70E740481C1C}">
                          <a14:useLocalDpi xmlns:a14="http://schemas.microsoft.com/office/drawing/2010/main" val="0"/>
                        </a:ext>
                      </a:extLst>
                    </a:blip>
                    <a:stretch>
                      <a:fillRect/>
                    </a:stretch>
                  </pic:blipFill>
                  <pic:spPr>
                    <a:xfrm>
                      <a:off x="0" y="0"/>
                      <a:ext cx="1983337" cy="592504"/>
                    </a:xfrm>
                    <a:prstGeom prst="rect">
                      <a:avLst/>
                    </a:prstGeom>
                    <a:solidFill>
                      <a:srgbClr val="FFFFFF"/>
                    </a:solidFill>
                  </pic:spPr>
                </pic:pic>
              </a:graphicData>
            </a:graphic>
          </wp:inline>
        </w:drawing>
      </w:r>
    </w:p>
    <w:p w14:paraId="4C9272EB" w14:textId="77777777" w:rsidR="00E6661A" w:rsidRDefault="00E6661A" w:rsidP="006B6121">
      <w:pPr>
        <w:spacing w:after="0"/>
        <w:rPr>
          <w:rFonts w:ascii="Aptos Display" w:hAnsi="Aptos Display"/>
          <w:b/>
          <w:color w:val="003366"/>
          <w:sz w:val="28"/>
          <w:szCs w:val="28"/>
        </w:rPr>
      </w:pPr>
    </w:p>
    <w:p w14:paraId="0EB13459" w14:textId="44780CDE" w:rsidR="00326731" w:rsidRPr="00B44571" w:rsidRDefault="006B6121" w:rsidP="006B6121">
      <w:pPr>
        <w:spacing w:after="0"/>
        <w:rPr>
          <w:sz w:val="28"/>
          <w:szCs w:val="28"/>
        </w:rPr>
      </w:pPr>
      <w:r>
        <w:rPr>
          <w:rFonts w:ascii="Aptos Display" w:hAnsi="Aptos Display"/>
          <w:b/>
          <w:color w:val="003366"/>
          <w:sz w:val="28"/>
          <w:szCs w:val="28"/>
        </w:rPr>
        <w:t>N</w:t>
      </w:r>
      <w:r w:rsidR="00D61927" w:rsidRPr="00B44571">
        <w:rPr>
          <w:rFonts w:ascii="Aptos Display" w:hAnsi="Aptos Display"/>
          <w:b/>
          <w:color w:val="003366"/>
          <w:sz w:val="28"/>
          <w:szCs w:val="28"/>
        </w:rPr>
        <w:t>QRTH MBBS Summer Research Bursary Program</w:t>
      </w:r>
    </w:p>
    <w:p w14:paraId="3F31E3FE" w14:textId="77777777" w:rsidR="00326731" w:rsidRPr="003F529C" w:rsidRDefault="00D61927" w:rsidP="006B6121">
      <w:pPr>
        <w:spacing w:after="20"/>
        <w:rPr>
          <w:color w:val="1F497D" w:themeColor="text2"/>
          <w:sz w:val="28"/>
          <w:szCs w:val="28"/>
        </w:rPr>
      </w:pPr>
      <w:r w:rsidRPr="003F529C">
        <w:rPr>
          <w:rFonts w:ascii="Aptos Display" w:hAnsi="Aptos Display"/>
          <w:b/>
          <w:color w:val="1F497D" w:themeColor="text2"/>
          <w:sz w:val="28"/>
          <w:szCs w:val="28"/>
        </w:rPr>
        <w:t>Initial Supervisor–Student Meeting Guide</w:t>
      </w:r>
    </w:p>
    <w:p w14:paraId="780460CF" w14:textId="77777777" w:rsidR="00326731" w:rsidRPr="00EF3197" w:rsidRDefault="00D61927">
      <w:pPr>
        <w:spacing w:after="100"/>
        <w:rPr>
          <w:sz w:val="22"/>
        </w:rPr>
      </w:pPr>
      <w:r w:rsidRPr="00EF3197">
        <w:rPr>
          <w:color w:val="505050"/>
          <w:sz w:val="22"/>
        </w:rPr>
        <w:t>2026/27 Bursary Round</w:t>
      </w:r>
    </w:p>
    <w:tbl>
      <w:tblPr>
        <w:tblW w:w="0" w:type="auto"/>
        <w:tblLook w:val="04A0" w:firstRow="1" w:lastRow="0" w:firstColumn="1" w:lastColumn="0" w:noHBand="0" w:noVBand="1"/>
      </w:tblPr>
      <w:tblGrid>
        <w:gridCol w:w="10315"/>
      </w:tblGrid>
      <w:tr w:rsidR="00326731" w:rsidRPr="00EF3197" w14:paraId="19808E3C" w14:textId="77777777">
        <w:tc>
          <w:tcPr>
            <w:tcW w:w="10325" w:type="dxa"/>
            <w:tcBorders>
              <w:top w:val="single" w:sz="4" w:space="0" w:color="D9E2F3"/>
              <w:left w:val="single" w:sz="4" w:space="0" w:color="D9E2F3"/>
              <w:bottom w:val="single" w:sz="4" w:space="0" w:color="D9E2F3"/>
              <w:right w:val="single" w:sz="4" w:space="0" w:color="D9E2F3"/>
            </w:tcBorders>
            <w:shd w:val="clear" w:color="auto" w:fill="EAF2F8"/>
            <w:tcMar>
              <w:top w:w="90" w:type="dxa"/>
              <w:left w:w="110" w:type="dxa"/>
              <w:bottom w:w="90" w:type="dxa"/>
              <w:right w:w="110" w:type="dxa"/>
            </w:tcMar>
          </w:tcPr>
          <w:p w14:paraId="5B02E7B9" w14:textId="195A34AC" w:rsidR="00326731" w:rsidRPr="009A7D23" w:rsidRDefault="00D61927">
            <w:pPr>
              <w:spacing w:after="0"/>
              <w:rPr>
                <w:sz w:val="20"/>
                <w:szCs w:val="20"/>
              </w:rPr>
            </w:pPr>
            <w:r w:rsidRPr="009A7D23">
              <w:rPr>
                <w:b/>
                <w:color w:val="003366"/>
                <w:sz w:val="20"/>
                <w:szCs w:val="20"/>
              </w:rPr>
              <w:t xml:space="preserve">Purpose: </w:t>
            </w:r>
            <w:r w:rsidRPr="009A7D23">
              <w:rPr>
                <w:sz w:val="20"/>
                <w:szCs w:val="20"/>
              </w:rPr>
              <w:t>This guide is intended to support the initial meeting between the student and supervisor. It helps both parties discuss project goals, timelines, expectations, communication arrangements and any ethics, governance or practical requirements before the project begins. The guide should be used to establish a shared understanding of the student's role, learning opportunities and anticipated outcomes for the bursary period, and should be read alongside the NQRTH MBBS Summer Research Bursary Program Guidelines</w:t>
            </w:r>
            <w:r w:rsidR="009A7D23" w:rsidRPr="009A7D23">
              <w:rPr>
                <w:sz w:val="20"/>
                <w:szCs w:val="20"/>
              </w:rPr>
              <w:t>.</w:t>
            </w:r>
          </w:p>
        </w:tc>
      </w:tr>
    </w:tbl>
    <w:p w14:paraId="73DD4818" w14:textId="77777777" w:rsidR="00326731" w:rsidRDefault="00326731">
      <w:pPr>
        <w:spacing w:after="20"/>
      </w:pPr>
    </w:p>
    <w:p w14:paraId="0B23B8AF" w14:textId="77777777" w:rsidR="00326731" w:rsidRPr="00D17FA8" w:rsidRDefault="00D61927" w:rsidP="00D17FA8">
      <w:pPr>
        <w:pStyle w:val="Heading1"/>
        <w:spacing w:before="80" w:after="120"/>
        <w:rPr>
          <w:rFonts w:ascii="Aptos Display" w:hAnsi="Aptos Display"/>
          <w:color w:val="003366"/>
          <w:sz w:val="22"/>
          <w:szCs w:val="22"/>
        </w:rPr>
      </w:pPr>
      <w:r w:rsidRPr="00D17FA8">
        <w:rPr>
          <w:rFonts w:ascii="Aptos Display" w:hAnsi="Aptos Display"/>
          <w:color w:val="003366"/>
          <w:sz w:val="22"/>
          <w:szCs w:val="22"/>
        </w:rPr>
        <w:t>1. Student and Project Details</w:t>
      </w:r>
    </w:p>
    <w:tbl>
      <w:tblPr>
        <w:tblW w:w="0" w:type="auto"/>
        <w:jc w:val="center"/>
        <w:tblLook w:val="04A0" w:firstRow="1" w:lastRow="0" w:firstColumn="1" w:lastColumn="0" w:noHBand="0" w:noVBand="1"/>
      </w:tblPr>
      <w:tblGrid>
        <w:gridCol w:w="1769"/>
        <w:gridCol w:w="2762"/>
        <w:gridCol w:w="2316"/>
        <w:gridCol w:w="3468"/>
      </w:tblGrid>
      <w:tr w:rsidR="00326731" w:rsidRPr="009A7D23" w14:paraId="663AF726" w14:textId="77777777" w:rsidTr="009A7D23">
        <w:trPr>
          <w:jc w:val="center"/>
        </w:trPr>
        <w:tc>
          <w:tcPr>
            <w:tcW w:w="1769"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7470BDB4" w14:textId="77777777" w:rsidR="00326731" w:rsidRPr="009A7D23" w:rsidRDefault="00D61927">
            <w:pPr>
              <w:spacing w:after="0" w:line="240" w:lineRule="auto"/>
              <w:rPr>
                <w:sz w:val="20"/>
                <w:szCs w:val="20"/>
              </w:rPr>
            </w:pPr>
            <w:r w:rsidRPr="009A7D23">
              <w:rPr>
                <w:b/>
                <w:color w:val="003366"/>
                <w:sz w:val="20"/>
                <w:szCs w:val="20"/>
              </w:rPr>
              <w:t>Student name</w:t>
            </w:r>
          </w:p>
        </w:tc>
        <w:tc>
          <w:tcPr>
            <w:tcW w:w="2762"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242AA212" w14:textId="77777777" w:rsidR="00326731" w:rsidRPr="009A7D23" w:rsidRDefault="00326731">
            <w:pPr>
              <w:spacing w:after="0" w:line="240" w:lineRule="auto"/>
              <w:rPr>
                <w:sz w:val="20"/>
                <w:szCs w:val="20"/>
              </w:rPr>
            </w:pPr>
          </w:p>
        </w:tc>
        <w:tc>
          <w:tcPr>
            <w:tcW w:w="231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129853CD" w14:textId="77777777" w:rsidR="00326731" w:rsidRPr="009A7D23" w:rsidRDefault="00D61927">
            <w:pPr>
              <w:spacing w:after="0" w:line="240" w:lineRule="auto"/>
              <w:rPr>
                <w:sz w:val="20"/>
                <w:szCs w:val="20"/>
              </w:rPr>
            </w:pPr>
            <w:r w:rsidRPr="009A7D23">
              <w:rPr>
                <w:b/>
                <w:color w:val="003366"/>
                <w:sz w:val="20"/>
                <w:szCs w:val="20"/>
              </w:rPr>
              <w:t>Project title</w:t>
            </w:r>
          </w:p>
        </w:tc>
        <w:tc>
          <w:tcPr>
            <w:tcW w:w="3468"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78D388FB" w14:textId="77777777" w:rsidR="00326731" w:rsidRPr="009A7D23" w:rsidRDefault="00326731">
            <w:pPr>
              <w:spacing w:after="0" w:line="240" w:lineRule="auto"/>
              <w:rPr>
                <w:sz w:val="20"/>
                <w:szCs w:val="20"/>
              </w:rPr>
            </w:pPr>
          </w:p>
        </w:tc>
      </w:tr>
      <w:tr w:rsidR="00326731" w:rsidRPr="009A7D23" w14:paraId="70F9D4CD" w14:textId="77777777" w:rsidTr="009A7D23">
        <w:trPr>
          <w:jc w:val="center"/>
        </w:trPr>
        <w:tc>
          <w:tcPr>
            <w:tcW w:w="1769"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7F285148" w14:textId="77777777" w:rsidR="00326731" w:rsidRPr="009A7D23" w:rsidRDefault="00D61927">
            <w:pPr>
              <w:spacing w:after="0" w:line="240" w:lineRule="auto"/>
              <w:rPr>
                <w:sz w:val="20"/>
                <w:szCs w:val="20"/>
              </w:rPr>
            </w:pPr>
            <w:r w:rsidRPr="009A7D23">
              <w:rPr>
                <w:b/>
                <w:color w:val="003366"/>
                <w:sz w:val="20"/>
                <w:szCs w:val="20"/>
              </w:rPr>
              <w:t>Student number</w:t>
            </w:r>
          </w:p>
        </w:tc>
        <w:tc>
          <w:tcPr>
            <w:tcW w:w="2762"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48C32740" w14:textId="77777777" w:rsidR="00326731" w:rsidRPr="009A7D23" w:rsidRDefault="00326731">
            <w:pPr>
              <w:spacing w:after="0" w:line="240" w:lineRule="auto"/>
              <w:rPr>
                <w:sz w:val="20"/>
                <w:szCs w:val="20"/>
              </w:rPr>
            </w:pPr>
          </w:p>
        </w:tc>
        <w:tc>
          <w:tcPr>
            <w:tcW w:w="2316"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01C591E7" w14:textId="77777777" w:rsidR="00326731" w:rsidRPr="009A7D23" w:rsidRDefault="00D61927">
            <w:pPr>
              <w:spacing w:after="0" w:line="240" w:lineRule="auto"/>
              <w:rPr>
                <w:sz w:val="20"/>
                <w:szCs w:val="20"/>
              </w:rPr>
            </w:pPr>
            <w:r w:rsidRPr="009A7D23">
              <w:rPr>
                <w:b/>
                <w:color w:val="003366"/>
                <w:sz w:val="20"/>
                <w:szCs w:val="20"/>
              </w:rPr>
              <w:t>Primary supervisor</w:t>
            </w:r>
          </w:p>
        </w:tc>
        <w:tc>
          <w:tcPr>
            <w:tcW w:w="3468"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137B019E" w14:textId="77777777" w:rsidR="00326731" w:rsidRPr="009A7D23" w:rsidRDefault="00326731">
            <w:pPr>
              <w:spacing w:after="0" w:line="240" w:lineRule="auto"/>
              <w:rPr>
                <w:sz w:val="20"/>
                <w:szCs w:val="20"/>
              </w:rPr>
            </w:pPr>
          </w:p>
        </w:tc>
      </w:tr>
      <w:tr w:rsidR="00326731" w:rsidRPr="009A7D23" w14:paraId="4AABCD3C" w14:textId="77777777" w:rsidTr="009A7D23">
        <w:trPr>
          <w:jc w:val="center"/>
        </w:trPr>
        <w:tc>
          <w:tcPr>
            <w:tcW w:w="1769"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3B65BB7A" w14:textId="77777777" w:rsidR="00326731" w:rsidRPr="009A7D23" w:rsidRDefault="00D61927">
            <w:pPr>
              <w:spacing w:after="0" w:line="240" w:lineRule="auto"/>
              <w:rPr>
                <w:sz w:val="20"/>
                <w:szCs w:val="20"/>
              </w:rPr>
            </w:pPr>
            <w:r w:rsidRPr="009A7D23">
              <w:rPr>
                <w:b/>
                <w:color w:val="003366"/>
                <w:sz w:val="20"/>
                <w:szCs w:val="20"/>
              </w:rPr>
              <w:t>Student email</w:t>
            </w:r>
          </w:p>
        </w:tc>
        <w:tc>
          <w:tcPr>
            <w:tcW w:w="2762"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48D60CAA" w14:textId="77777777" w:rsidR="00326731" w:rsidRPr="009A7D23" w:rsidRDefault="00326731">
            <w:pPr>
              <w:spacing w:after="0" w:line="240" w:lineRule="auto"/>
              <w:rPr>
                <w:sz w:val="20"/>
                <w:szCs w:val="20"/>
              </w:rPr>
            </w:pPr>
          </w:p>
        </w:tc>
        <w:tc>
          <w:tcPr>
            <w:tcW w:w="231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56B0AB53" w14:textId="77777777" w:rsidR="00326731" w:rsidRPr="009A7D23" w:rsidRDefault="00D61927">
            <w:pPr>
              <w:spacing w:after="0" w:line="240" w:lineRule="auto"/>
              <w:rPr>
                <w:sz w:val="20"/>
                <w:szCs w:val="20"/>
              </w:rPr>
            </w:pPr>
            <w:r w:rsidRPr="009A7D23">
              <w:rPr>
                <w:b/>
                <w:color w:val="003366"/>
                <w:sz w:val="20"/>
                <w:szCs w:val="20"/>
              </w:rPr>
              <w:t>Supervisor email</w:t>
            </w:r>
          </w:p>
        </w:tc>
        <w:tc>
          <w:tcPr>
            <w:tcW w:w="3468"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52A979A0" w14:textId="77777777" w:rsidR="00326731" w:rsidRPr="009A7D23" w:rsidRDefault="00326731">
            <w:pPr>
              <w:spacing w:after="0" w:line="240" w:lineRule="auto"/>
              <w:rPr>
                <w:sz w:val="20"/>
                <w:szCs w:val="20"/>
              </w:rPr>
            </w:pPr>
          </w:p>
        </w:tc>
      </w:tr>
      <w:tr w:rsidR="00326731" w:rsidRPr="009A7D23" w14:paraId="13A14B58" w14:textId="77777777" w:rsidTr="009A7D23">
        <w:trPr>
          <w:jc w:val="center"/>
        </w:trPr>
        <w:tc>
          <w:tcPr>
            <w:tcW w:w="1769"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3BED5608" w14:textId="77777777" w:rsidR="00326731" w:rsidRPr="009A7D23" w:rsidRDefault="00D61927">
            <w:pPr>
              <w:spacing w:after="0" w:line="240" w:lineRule="auto"/>
              <w:rPr>
                <w:sz w:val="20"/>
                <w:szCs w:val="20"/>
              </w:rPr>
            </w:pPr>
            <w:r w:rsidRPr="009A7D23">
              <w:rPr>
                <w:b/>
                <w:color w:val="003366"/>
                <w:sz w:val="20"/>
                <w:szCs w:val="20"/>
              </w:rPr>
              <w:t>Project location</w:t>
            </w:r>
          </w:p>
        </w:tc>
        <w:tc>
          <w:tcPr>
            <w:tcW w:w="2762"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1B0A4594" w14:textId="6A3092DA" w:rsidR="00326731" w:rsidRPr="009A7D23" w:rsidRDefault="00326731">
            <w:pPr>
              <w:spacing w:after="0" w:line="240" w:lineRule="auto"/>
              <w:rPr>
                <w:sz w:val="20"/>
                <w:szCs w:val="20"/>
              </w:rPr>
            </w:pPr>
          </w:p>
        </w:tc>
        <w:tc>
          <w:tcPr>
            <w:tcW w:w="2316"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741BFBFB" w14:textId="77777777" w:rsidR="00326731" w:rsidRPr="009A7D23" w:rsidRDefault="00D61927">
            <w:pPr>
              <w:spacing w:after="0" w:line="240" w:lineRule="auto"/>
              <w:rPr>
                <w:sz w:val="20"/>
                <w:szCs w:val="20"/>
              </w:rPr>
            </w:pPr>
            <w:r w:rsidRPr="009A7D23">
              <w:rPr>
                <w:b/>
                <w:color w:val="003366"/>
                <w:sz w:val="20"/>
                <w:szCs w:val="20"/>
              </w:rPr>
              <w:t>Meeting date</w:t>
            </w:r>
          </w:p>
        </w:tc>
        <w:tc>
          <w:tcPr>
            <w:tcW w:w="3468"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709EB561" w14:textId="77777777" w:rsidR="00326731" w:rsidRPr="009A7D23" w:rsidRDefault="00326731">
            <w:pPr>
              <w:spacing w:after="0" w:line="240" w:lineRule="auto"/>
              <w:rPr>
                <w:sz w:val="20"/>
                <w:szCs w:val="20"/>
              </w:rPr>
            </w:pPr>
          </w:p>
        </w:tc>
      </w:tr>
    </w:tbl>
    <w:p w14:paraId="2DD4213F" w14:textId="77777777" w:rsidR="00326731" w:rsidRPr="009A7D23" w:rsidRDefault="00D61927">
      <w:pPr>
        <w:pStyle w:val="Heading1"/>
        <w:spacing w:before="80" w:after="40"/>
        <w:rPr>
          <w:sz w:val="20"/>
          <w:szCs w:val="20"/>
        </w:rPr>
      </w:pPr>
      <w:r w:rsidRPr="009A7D23">
        <w:rPr>
          <w:rFonts w:ascii="Aptos Display" w:hAnsi="Aptos Display"/>
          <w:color w:val="003366"/>
          <w:sz w:val="20"/>
          <w:szCs w:val="20"/>
        </w:rPr>
        <w:t>2</w:t>
      </w:r>
      <w:r w:rsidRPr="00D17FA8">
        <w:rPr>
          <w:rFonts w:ascii="Aptos Display" w:hAnsi="Aptos Display"/>
          <w:color w:val="003366"/>
          <w:sz w:val="22"/>
          <w:szCs w:val="22"/>
        </w:rPr>
        <w:t>. Project Snapshot</w:t>
      </w:r>
    </w:p>
    <w:tbl>
      <w:tblPr>
        <w:tblW w:w="0" w:type="auto"/>
        <w:jc w:val="center"/>
        <w:tblLook w:val="04A0" w:firstRow="1" w:lastRow="0" w:firstColumn="1" w:lastColumn="0" w:noHBand="0" w:noVBand="1"/>
      </w:tblPr>
      <w:tblGrid>
        <w:gridCol w:w="3021"/>
        <w:gridCol w:w="7294"/>
      </w:tblGrid>
      <w:tr w:rsidR="00326731" w:rsidRPr="009A7D23" w14:paraId="3192D5DE" w14:textId="77777777">
        <w:trPr>
          <w:jc w:val="center"/>
        </w:trPr>
        <w:tc>
          <w:tcPr>
            <w:tcW w:w="309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3E0C4328" w14:textId="77777777" w:rsidR="00326731" w:rsidRPr="009A7D23" w:rsidRDefault="00D61927">
            <w:pPr>
              <w:spacing w:after="0" w:line="240" w:lineRule="auto"/>
              <w:rPr>
                <w:sz w:val="20"/>
                <w:szCs w:val="20"/>
              </w:rPr>
            </w:pPr>
            <w:r w:rsidRPr="009A7D23">
              <w:rPr>
                <w:b/>
                <w:color w:val="003366"/>
                <w:sz w:val="20"/>
                <w:szCs w:val="20"/>
              </w:rPr>
              <w:t>Project aim</w:t>
            </w:r>
          </w:p>
        </w:tc>
        <w:tc>
          <w:tcPr>
            <w:tcW w:w="756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77792421" w14:textId="77777777" w:rsidR="00326731" w:rsidRPr="009A7D23" w:rsidRDefault="00326731">
            <w:pPr>
              <w:spacing w:after="0" w:line="240" w:lineRule="auto"/>
              <w:rPr>
                <w:sz w:val="20"/>
                <w:szCs w:val="20"/>
              </w:rPr>
            </w:pPr>
          </w:p>
          <w:p w14:paraId="389F1AD6" w14:textId="77777777" w:rsidR="00326731" w:rsidRDefault="00326731">
            <w:pPr>
              <w:spacing w:after="0" w:line="240" w:lineRule="auto"/>
              <w:rPr>
                <w:sz w:val="20"/>
                <w:szCs w:val="20"/>
              </w:rPr>
            </w:pPr>
          </w:p>
          <w:p w14:paraId="77A1C138" w14:textId="77777777" w:rsidR="009A7D23" w:rsidRDefault="009A7D23">
            <w:pPr>
              <w:spacing w:after="0" w:line="240" w:lineRule="auto"/>
              <w:rPr>
                <w:sz w:val="20"/>
                <w:szCs w:val="20"/>
              </w:rPr>
            </w:pPr>
          </w:p>
          <w:p w14:paraId="7D6BF494" w14:textId="77777777" w:rsidR="009A7D23" w:rsidRPr="009A7D23" w:rsidRDefault="009A7D23">
            <w:pPr>
              <w:spacing w:after="0" w:line="240" w:lineRule="auto"/>
              <w:rPr>
                <w:sz w:val="20"/>
                <w:szCs w:val="20"/>
              </w:rPr>
            </w:pPr>
          </w:p>
        </w:tc>
      </w:tr>
      <w:tr w:rsidR="00326731" w:rsidRPr="009A7D23" w14:paraId="02A49190" w14:textId="77777777">
        <w:trPr>
          <w:jc w:val="center"/>
        </w:trPr>
        <w:tc>
          <w:tcPr>
            <w:tcW w:w="3096"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6923621D" w14:textId="77777777" w:rsidR="00326731" w:rsidRPr="009A7D23" w:rsidRDefault="00D61927">
            <w:pPr>
              <w:spacing w:after="0" w:line="240" w:lineRule="auto"/>
              <w:rPr>
                <w:sz w:val="20"/>
                <w:szCs w:val="20"/>
              </w:rPr>
            </w:pPr>
            <w:r w:rsidRPr="009A7D23">
              <w:rPr>
                <w:b/>
                <w:color w:val="003366"/>
                <w:sz w:val="20"/>
                <w:szCs w:val="20"/>
              </w:rPr>
              <w:t>Student role in this project</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0D77E2C8" w14:textId="77777777" w:rsidR="00326731" w:rsidRDefault="00326731">
            <w:pPr>
              <w:spacing w:after="0" w:line="240" w:lineRule="auto"/>
              <w:rPr>
                <w:sz w:val="20"/>
                <w:szCs w:val="20"/>
              </w:rPr>
            </w:pPr>
          </w:p>
          <w:p w14:paraId="75905CF3" w14:textId="77777777" w:rsidR="009A7D23" w:rsidRDefault="009A7D23">
            <w:pPr>
              <w:spacing w:after="0" w:line="240" w:lineRule="auto"/>
              <w:rPr>
                <w:sz w:val="20"/>
                <w:szCs w:val="20"/>
              </w:rPr>
            </w:pPr>
          </w:p>
          <w:p w14:paraId="5461490D" w14:textId="77777777" w:rsidR="009A7D23" w:rsidRPr="009A7D23" w:rsidRDefault="009A7D23">
            <w:pPr>
              <w:spacing w:after="0" w:line="240" w:lineRule="auto"/>
              <w:rPr>
                <w:sz w:val="20"/>
                <w:szCs w:val="20"/>
              </w:rPr>
            </w:pPr>
          </w:p>
          <w:p w14:paraId="4B43C9E1" w14:textId="77777777" w:rsidR="00326731" w:rsidRPr="009A7D23" w:rsidRDefault="00326731">
            <w:pPr>
              <w:spacing w:after="0" w:line="240" w:lineRule="auto"/>
              <w:rPr>
                <w:sz w:val="20"/>
                <w:szCs w:val="20"/>
              </w:rPr>
            </w:pPr>
          </w:p>
        </w:tc>
      </w:tr>
      <w:tr w:rsidR="00326731" w:rsidRPr="009A7D23" w14:paraId="4525C3F9" w14:textId="77777777">
        <w:trPr>
          <w:jc w:val="center"/>
        </w:trPr>
        <w:tc>
          <w:tcPr>
            <w:tcW w:w="309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7E70E619" w14:textId="77777777" w:rsidR="00326731" w:rsidRPr="009A7D23" w:rsidRDefault="00D61927">
            <w:pPr>
              <w:spacing w:after="0" w:line="240" w:lineRule="auto"/>
              <w:rPr>
                <w:sz w:val="20"/>
                <w:szCs w:val="20"/>
              </w:rPr>
            </w:pPr>
            <w:r w:rsidRPr="009A7D23">
              <w:rPr>
                <w:b/>
                <w:color w:val="003366"/>
                <w:sz w:val="20"/>
                <w:szCs w:val="20"/>
              </w:rPr>
              <w:t>Key tasks and activities</w:t>
            </w:r>
          </w:p>
        </w:tc>
        <w:tc>
          <w:tcPr>
            <w:tcW w:w="756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300E4513" w14:textId="77777777" w:rsidR="009A7D23" w:rsidRDefault="009A7D23">
            <w:pPr>
              <w:spacing w:after="0" w:line="240" w:lineRule="auto"/>
              <w:rPr>
                <w:sz w:val="20"/>
                <w:szCs w:val="20"/>
              </w:rPr>
            </w:pPr>
          </w:p>
          <w:p w14:paraId="02968B66" w14:textId="77777777" w:rsidR="009A7D23" w:rsidRPr="009A7D23" w:rsidRDefault="009A7D23">
            <w:pPr>
              <w:spacing w:after="0" w:line="240" w:lineRule="auto"/>
              <w:rPr>
                <w:sz w:val="20"/>
                <w:szCs w:val="20"/>
              </w:rPr>
            </w:pPr>
          </w:p>
          <w:p w14:paraId="280AE5FC" w14:textId="77777777" w:rsidR="00326731" w:rsidRPr="009A7D23" w:rsidRDefault="00326731">
            <w:pPr>
              <w:spacing w:after="0" w:line="240" w:lineRule="auto"/>
              <w:rPr>
                <w:sz w:val="20"/>
                <w:szCs w:val="20"/>
              </w:rPr>
            </w:pPr>
          </w:p>
        </w:tc>
      </w:tr>
      <w:tr w:rsidR="00326731" w:rsidRPr="009A7D23" w14:paraId="76C6B23B" w14:textId="77777777">
        <w:trPr>
          <w:jc w:val="center"/>
        </w:trPr>
        <w:tc>
          <w:tcPr>
            <w:tcW w:w="3096"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54DBEF9D" w14:textId="77777777" w:rsidR="00326731" w:rsidRPr="009A7D23" w:rsidRDefault="00D61927">
            <w:pPr>
              <w:spacing w:after="0" w:line="240" w:lineRule="auto"/>
              <w:rPr>
                <w:sz w:val="20"/>
                <w:szCs w:val="20"/>
              </w:rPr>
            </w:pPr>
            <w:r w:rsidRPr="009A7D23">
              <w:rPr>
                <w:b/>
                <w:color w:val="003366"/>
                <w:sz w:val="20"/>
                <w:szCs w:val="20"/>
              </w:rPr>
              <w:t>What success looks like by the end of the bursary</w:t>
            </w:r>
          </w:p>
        </w:tc>
        <w:tc>
          <w:tcPr>
            <w:tcW w:w="7560"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148430CE" w14:textId="77777777" w:rsidR="00326731" w:rsidRPr="009A7D23" w:rsidRDefault="00326731">
            <w:pPr>
              <w:spacing w:after="0" w:line="240" w:lineRule="auto"/>
              <w:rPr>
                <w:sz w:val="20"/>
                <w:szCs w:val="20"/>
              </w:rPr>
            </w:pPr>
          </w:p>
          <w:p w14:paraId="2E510F5A" w14:textId="77777777" w:rsidR="00326731" w:rsidRPr="009A7D23" w:rsidRDefault="00326731">
            <w:pPr>
              <w:spacing w:after="0" w:line="240" w:lineRule="auto"/>
              <w:rPr>
                <w:sz w:val="20"/>
                <w:szCs w:val="20"/>
              </w:rPr>
            </w:pPr>
          </w:p>
        </w:tc>
      </w:tr>
    </w:tbl>
    <w:p w14:paraId="3FB066A9" w14:textId="77777777" w:rsidR="00326731" w:rsidRPr="00D17FA8" w:rsidRDefault="00D61927" w:rsidP="00D17FA8">
      <w:pPr>
        <w:pStyle w:val="Heading1"/>
        <w:spacing w:before="80" w:after="120"/>
        <w:rPr>
          <w:rFonts w:ascii="Aptos Display" w:hAnsi="Aptos Display"/>
          <w:color w:val="003366"/>
          <w:sz w:val="22"/>
          <w:szCs w:val="22"/>
        </w:rPr>
      </w:pPr>
      <w:r w:rsidRPr="00D17FA8">
        <w:rPr>
          <w:rFonts w:ascii="Aptos Display" w:hAnsi="Aptos Display"/>
          <w:color w:val="003366"/>
          <w:sz w:val="22"/>
          <w:szCs w:val="22"/>
        </w:rPr>
        <w:t>3. Timeframe and Availability</w:t>
      </w:r>
    </w:p>
    <w:tbl>
      <w:tblPr>
        <w:tblW w:w="0" w:type="auto"/>
        <w:jc w:val="center"/>
        <w:tblLook w:val="04A0" w:firstRow="1" w:lastRow="0" w:firstColumn="1" w:lastColumn="0" w:noHBand="0" w:noVBand="1"/>
      </w:tblPr>
      <w:tblGrid>
        <w:gridCol w:w="2180"/>
        <w:gridCol w:w="2972"/>
        <w:gridCol w:w="2323"/>
        <w:gridCol w:w="2840"/>
      </w:tblGrid>
      <w:tr w:rsidR="00326731" w:rsidRPr="009A7D23" w14:paraId="0624219D" w14:textId="77777777">
        <w:trPr>
          <w:jc w:val="center"/>
        </w:trPr>
        <w:tc>
          <w:tcPr>
            <w:tcW w:w="2232"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6D5F4A84" w14:textId="77777777" w:rsidR="00326731" w:rsidRPr="009A7D23" w:rsidRDefault="00D61927">
            <w:pPr>
              <w:spacing w:after="0" w:line="240" w:lineRule="auto"/>
              <w:rPr>
                <w:sz w:val="20"/>
                <w:szCs w:val="20"/>
              </w:rPr>
            </w:pPr>
            <w:r w:rsidRPr="009A7D23">
              <w:rPr>
                <w:b/>
                <w:color w:val="003366"/>
                <w:sz w:val="20"/>
                <w:szCs w:val="20"/>
              </w:rPr>
              <w:t>Start date</w:t>
            </w:r>
          </w:p>
        </w:tc>
        <w:tc>
          <w:tcPr>
            <w:tcW w:w="309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7BBAA415" w14:textId="77777777" w:rsidR="00326731" w:rsidRPr="009A7D23" w:rsidRDefault="00326731">
            <w:pPr>
              <w:spacing w:after="0" w:line="240" w:lineRule="auto"/>
              <w:rPr>
                <w:sz w:val="20"/>
                <w:szCs w:val="20"/>
              </w:rPr>
            </w:pPr>
          </w:p>
        </w:tc>
        <w:tc>
          <w:tcPr>
            <w:tcW w:w="237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4235BCD4" w14:textId="77777777" w:rsidR="00326731" w:rsidRPr="009A7D23" w:rsidRDefault="00D61927">
            <w:pPr>
              <w:spacing w:after="0" w:line="240" w:lineRule="auto"/>
              <w:rPr>
                <w:sz w:val="20"/>
                <w:szCs w:val="20"/>
              </w:rPr>
            </w:pPr>
            <w:r w:rsidRPr="009A7D23">
              <w:rPr>
                <w:b/>
                <w:color w:val="003366"/>
                <w:sz w:val="20"/>
                <w:szCs w:val="20"/>
              </w:rPr>
              <w:t>End date</w:t>
            </w:r>
          </w:p>
        </w:tc>
        <w:tc>
          <w:tcPr>
            <w:tcW w:w="2952"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2299ECF4" w14:textId="77777777" w:rsidR="00326731" w:rsidRPr="009A7D23" w:rsidRDefault="00326731">
            <w:pPr>
              <w:spacing w:after="0" w:line="240" w:lineRule="auto"/>
              <w:rPr>
                <w:sz w:val="20"/>
                <w:szCs w:val="20"/>
              </w:rPr>
            </w:pPr>
          </w:p>
        </w:tc>
      </w:tr>
      <w:tr w:rsidR="00326731" w:rsidRPr="009A7D23" w14:paraId="19BBCBD5" w14:textId="77777777">
        <w:trPr>
          <w:jc w:val="center"/>
        </w:trPr>
        <w:tc>
          <w:tcPr>
            <w:tcW w:w="2232"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332A36C3" w14:textId="77777777" w:rsidR="00326731" w:rsidRPr="009A7D23" w:rsidRDefault="00D61927">
            <w:pPr>
              <w:spacing w:after="0" w:line="240" w:lineRule="auto"/>
              <w:rPr>
                <w:sz w:val="20"/>
                <w:szCs w:val="20"/>
              </w:rPr>
            </w:pPr>
            <w:r w:rsidRPr="009A7D23">
              <w:rPr>
                <w:b/>
                <w:color w:val="003366"/>
                <w:sz w:val="20"/>
                <w:szCs w:val="20"/>
              </w:rPr>
              <w:t>Expected duration</w:t>
            </w:r>
          </w:p>
        </w:tc>
        <w:tc>
          <w:tcPr>
            <w:tcW w:w="3096"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7583AF8D" w14:textId="77777777" w:rsidR="00326731" w:rsidRPr="009A7D23" w:rsidRDefault="00D61927">
            <w:pPr>
              <w:spacing w:after="0" w:line="240" w:lineRule="auto"/>
              <w:rPr>
                <w:sz w:val="20"/>
                <w:szCs w:val="20"/>
              </w:rPr>
            </w:pPr>
            <w:r w:rsidRPr="009A7D23">
              <w:rPr>
                <w:sz w:val="20"/>
                <w:szCs w:val="20"/>
              </w:rPr>
              <w:t>4 weeks / 5 weeks / 6 weeks / Other:</w:t>
            </w:r>
          </w:p>
        </w:tc>
        <w:tc>
          <w:tcPr>
            <w:tcW w:w="2376"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57F2B6D2" w14:textId="77777777" w:rsidR="00326731" w:rsidRPr="009A7D23" w:rsidRDefault="00D61927">
            <w:pPr>
              <w:spacing w:after="0" w:line="240" w:lineRule="auto"/>
              <w:rPr>
                <w:sz w:val="20"/>
                <w:szCs w:val="20"/>
              </w:rPr>
            </w:pPr>
            <w:r w:rsidRPr="009A7D23">
              <w:rPr>
                <w:b/>
                <w:color w:val="003366"/>
                <w:sz w:val="20"/>
                <w:szCs w:val="20"/>
              </w:rPr>
              <w:t>Expected hours per week</w:t>
            </w:r>
          </w:p>
        </w:tc>
        <w:tc>
          <w:tcPr>
            <w:tcW w:w="2952"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155C8735" w14:textId="77777777" w:rsidR="00326731" w:rsidRPr="009A7D23" w:rsidRDefault="00326731">
            <w:pPr>
              <w:spacing w:after="0" w:line="240" w:lineRule="auto"/>
              <w:rPr>
                <w:sz w:val="20"/>
                <w:szCs w:val="20"/>
              </w:rPr>
            </w:pPr>
          </w:p>
        </w:tc>
      </w:tr>
      <w:tr w:rsidR="00326731" w:rsidRPr="009A7D23" w14:paraId="7F10FB0A" w14:textId="77777777">
        <w:trPr>
          <w:jc w:val="center"/>
        </w:trPr>
        <w:tc>
          <w:tcPr>
            <w:tcW w:w="2232"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54875A1B" w14:textId="77777777" w:rsidR="00326731" w:rsidRPr="009A7D23" w:rsidRDefault="00D61927">
            <w:pPr>
              <w:spacing w:after="0" w:line="240" w:lineRule="auto"/>
              <w:rPr>
                <w:sz w:val="20"/>
                <w:szCs w:val="20"/>
              </w:rPr>
            </w:pPr>
            <w:r w:rsidRPr="009A7D23">
              <w:rPr>
                <w:b/>
                <w:color w:val="003366"/>
                <w:sz w:val="20"/>
                <w:szCs w:val="20"/>
              </w:rPr>
              <w:t>Student availability</w:t>
            </w:r>
          </w:p>
        </w:tc>
        <w:tc>
          <w:tcPr>
            <w:tcW w:w="309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6798B2B2" w14:textId="77777777" w:rsidR="00326731" w:rsidRPr="009A7D23" w:rsidRDefault="00326731">
            <w:pPr>
              <w:spacing w:after="0" w:line="240" w:lineRule="auto"/>
              <w:rPr>
                <w:sz w:val="20"/>
                <w:szCs w:val="20"/>
              </w:rPr>
            </w:pPr>
          </w:p>
        </w:tc>
        <w:tc>
          <w:tcPr>
            <w:tcW w:w="237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680C3E4A" w14:textId="77777777" w:rsidR="00326731" w:rsidRPr="009A7D23" w:rsidRDefault="00D61927">
            <w:pPr>
              <w:spacing w:after="0" w:line="240" w:lineRule="auto"/>
              <w:rPr>
                <w:sz w:val="20"/>
                <w:szCs w:val="20"/>
              </w:rPr>
            </w:pPr>
            <w:r w:rsidRPr="009A7D23">
              <w:rPr>
                <w:b/>
                <w:color w:val="003366"/>
                <w:sz w:val="20"/>
                <w:szCs w:val="20"/>
              </w:rPr>
              <w:t>Known unavailable dates</w:t>
            </w:r>
          </w:p>
        </w:tc>
        <w:tc>
          <w:tcPr>
            <w:tcW w:w="2952"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38BE7EBD" w14:textId="77777777" w:rsidR="00326731" w:rsidRPr="009A7D23" w:rsidRDefault="00326731">
            <w:pPr>
              <w:spacing w:after="0" w:line="240" w:lineRule="auto"/>
              <w:rPr>
                <w:sz w:val="20"/>
                <w:szCs w:val="20"/>
              </w:rPr>
            </w:pPr>
          </w:p>
        </w:tc>
      </w:tr>
      <w:tr w:rsidR="00326731" w:rsidRPr="009A7D23" w14:paraId="02AC40D8" w14:textId="77777777">
        <w:trPr>
          <w:jc w:val="center"/>
        </w:trPr>
        <w:tc>
          <w:tcPr>
            <w:tcW w:w="2232"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497B9B6E" w14:textId="77777777" w:rsidR="00326731" w:rsidRPr="009A7D23" w:rsidRDefault="00D61927">
            <w:pPr>
              <w:spacing w:after="0" w:line="240" w:lineRule="auto"/>
              <w:rPr>
                <w:sz w:val="20"/>
                <w:szCs w:val="20"/>
              </w:rPr>
            </w:pPr>
            <w:r w:rsidRPr="009A7D23">
              <w:rPr>
                <w:b/>
                <w:color w:val="003366"/>
                <w:sz w:val="20"/>
                <w:szCs w:val="20"/>
              </w:rPr>
              <w:t>Supervisor unavailable dates</w:t>
            </w:r>
          </w:p>
        </w:tc>
        <w:tc>
          <w:tcPr>
            <w:tcW w:w="3096"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26069AE9" w14:textId="77777777" w:rsidR="00326731" w:rsidRPr="009A7D23" w:rsidRDefault="00326731">
            <w:pPr>
              <w:spacing w:after="0" w:line="240" w:lineRule="auto"/>
              <w:rPr>
                <w:sz w:val="20"/>
                <w:szCs w:val="20"/>
              </w:rPr>
            </w:pPr>
          </w:p>
        </w:tc>
        <w:tc>
          <w:tcPr>
            <w:tcW w:w="2376"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6671AF37" w14:textId="77777777" w:rsidR="00326731" w:rsidRPr="009A7D23" w:rsidRDefault="00D61927">
            <w:pPr>
              <w:spacing w:after="0" w:line="240" w:lineRule="auto"/>
              <w:rPr>
                <w:sz w:val="20"/>
                <w:szCs w:val="20"/>
              </w:rPr>
            </w:pPr>
            <w:r w:rsidRPr="009A7D23">
              <w:rPr>
                <w:b/>
                <w:color w:val="003366"/>
                <w:sz w:val="20"/>
                <w:szCs w:val="20"/>
              </w:rPr>
              <w:t>Work arrangement</w:t>
            </w:r>
          </w:p>
        </w:tc>
        <w:tc>
          <w:tcPr>
            <w:tcW w:w="2952"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325BB144" w14:textId="03B80CA5" w:rsidR="00326731" w:rsidRPr="009A7D23" w:rsidRDefault="00D61927">
            <w:pPr>
              <w:spacing w:after="0" w:line="240" w:lineRule="auto"/>
              <w:rPr>
                <w:sz w:val="20"/>
                <w:szCs w:val="20"/>
              </w:rPr>
            </w:pPr>
            <w:r w:rsidRPr="009A7D23">
              <w:rPr>
                <w:sz w:val="20"/>
                <w:szCs w:val="20"/>
              </w:rPr>
              <w:t xml:space="preserve">In person / Hybrid / Online </w:t>
            </w:r>
          </w:p>
        </w:tc>
      </w:tr>
      <w:tr w:rsidR="00326731" w:rsidRPr="009A7D23" w14:paraId="4014E078" w14:textId="77777777">
        <w:trPr>
          <w:jc w:val="center"/>
        </w:trPr>
        <w:tc>
          <w:tcPr>
            <w:tcW w:w="2232"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2540485B" w14:textId="77777777" w:rsidR="00326731" w:rsidRPr="009A7D23" w:rsidRDefault="00D61927">
            <w:pPr>
              <w:spacing w:after="0" w:line="240" w:lineRule="auto"/>
              <w:rPr>
                <w:sz w:val="20"/>
                <w:szCs w:val="20"/>
              </w:rPr>
            </w:pPr>
            <w:r w:rsidRPr="009A7D23">
              <w:rPr>
                <w:b/>
                <w:color w:val="003366"/>
                <w:sz w:val="20"/>
                <w:szCs w:val="20"/>
              </w:rPr>
              <w:t>If in person, where will the student be based?</w:t>
            </w:r>
          </w:p>
        </w:tc>
        <w:tc>
          <w:tcPr>
            <w:tcW w:w="309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2E249325" w14:textId="77777777" w:rsidR="00326731" w:rsidRPr="009A7D23" w:rsidRDefault="00326731">
            <w:pPr>
              <w:spacing w:after="0" w:line="240" w:lineRule="auto"/>
              <w:rPr>
                <w:sz w:val="20"/>
                <w:szCs w:val="20"/>
              </w:rPr>
            </w:pPr>
          </w:p>
        </w:tc>
        <w:tc>
          <w:tcPr>
            <w:tcW w:w="237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4C2DB2E1" w14:textId="77777777" w:rsidR="00326731" w:rsidRPr="009A7D23" w:rsidRDefault="00D61927">
            <w:pPr>
              <w:spacing w:after="0" w:line="240" w:lineRule="auto"/>
              <w:rPr>
                <w:sz w:val="20"/>
                <w:szCs w:val="20"/>
              </w:rPr>
            </w:pPr>
            <w:r w:rsidRPr="009A7D23">
              <w:rPr>
                <w:b/>
                <w:color w:val="003366"/>
                <w:sz w:val="20"/>
                <w:szCs w:val="20"/>
              </w:rPr>
              <w:t>Access or onboarding needed?</w:t>
            </w:r>
          </w:p>
        </w:tc>
        <w:tc>
          <w:tcPr>
            <w:tcW w:w="2952"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103443AC" w14:textId="77777777" w:rsidR="00326731" w:rsidRPr="009A7D23" w:rsidRDefault="00D61927">
            <w:pPr>
              <w:spacing w:after="0" w:line="240" w:lineRule="auto"/>
              <w:rPr>
                <w:sz w:val="20"/>
                <w:szCs w:val="20"/>
              </w:rPr>
            </w:pPr>
            <w:r w:rsidRPr="009A7D23">
              <w:rPr>
                <w:sz w:val="20"/>
                <w:szCs w:val="20"/>
              </w:rPr>
              <w:t>Yes / No / Unsure</w:t>
            </w:r>
          </w:p>
        </w:tc>
      </w:tr>
      <w:tr w:rsidR="00326731" w:rsidRPr="009A7D23" w14:paraId="474C5A61" w14:textId="77777777">
        <w:trPr>
          <w:jc w:val="center"/>
        </w:trPr>
        <w:tc>
          <w:tcPr>
            <w:tcW w:w="2232"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7BF44444" w14:textId="77777777" w:rsidR="00326731" w:rsidRPr="009A7D23" w:rsidRDefault="00D61927">
            <w:pPr>
              <w:spacing w:after="0" w:line="240" w:lineRule="auto"/>
              <w:rPr>
                <w:sz w:val="20"/>
                <w:szCs w:val="20"/>
              </w:rPr>
            </w:pPr>
            <w:r w:rsidRPr="009A7D23">
              <w:rPr>
                <w:b/>
                <w:color w:val="003366"/>
                <w:sz w:val="20"/>
                <w:szCs w:val="20"/>
              </w:rPr>
              <w:t>Notes</w:t>
            </w:r>
          </w:p>
        </w:tc>
        <w:tc>
          <w:tcPr>
            <w:tcW w:w="2952" w:type="dxa"/>
            <w:gridSpan w:val="3"/>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453B4B50" w14:textId="77777777" w:rsidR="00326731" w:rsidRPr="009A7D23" w:rsidRDefault="00326731">
            <w:pPr>
              <w:spacing w:after="0" w:line="240" w:lineRule="auto"/>
              <w:rPr>
                <w:sz w:val="20"/>
                <w:szCs w:val="20"/>
              </w:rPr>
            </w:pPr>
          </w:p>
          <w:p w14:paraId="64EBDB63" w14:textId="77777777" w:rsidR="009A7D23" w:rsidRPr="009A7D23" w:rsidRDefault="009A7D23">
            <w:pPr>
              <w:spacing w:after="0" w:line="240" w:lineRule="auto"/>
              <w:rPr>
                <w:sz w:val="20"/>
                <w:szCs w:val="20"/>
              </w:rPr>
            </w:pPr>
          </w:p>
        </w:tc>
      </w:tr>
      <w:tr w:rsidR="00326731" w:rsidRPr="009A7D23" w14:paraId="7538B03D" w14:textId="77777777">
        <w:trPr>
          <w:jc w:val="center"/>
        </w:trPr>
        <w:tc>
          <w:tcPr>
            <w:tcW w:w="5184" w:type="dxa"/>
            <w:gridSpan w:val="2"/>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573406EA" w14:textId="77777777" w:rsidR="00326731" w:rsidRPr="009A7D23" w:rsidRDefault="00D61927">
            <w:pPr>
              <w:spacing w:after="0" w:line="240" w:lineRule="auto"/>
              <w:rPr>
                <w:sz w:val="20"/>
                <w:szCs w:val="20"/>
              </w:rPr>
            </w:pPr>
            <w:r w:rsidRPr="009A7D23">
              <w:rPr>
                <w:sz w:val="20"/>
                <w:szCs w:val="20"/>
              </w:rPr>
              <w:t>☐ Student availability discussed</w:t>
            </w:r>
          </w:p>
        </w:tc>
        <w:tc>
          <w:tcPr>
            <w:tcW w:w="5184" w:type="dxa"/>
            <w:gridSpan w:val="2"/>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01FA2A62" w14:textId="77777777" w:rsidR="00326731" w:rsidRPr="009A7D23" w:rsidRDefault="00D61927">
            <w:pPr>
              <w:spacing w:after="0" w:line="240" w:lineRule="auto"/>
              <w:rPr>
                <w:sz w:val="20"/>
                <w:szCs w:val="20"/>
              </w:rPr>
            </w:pPr>
            <w:r w:rsidRPr="009A7D23">
              <w:rPr>
                <w:sz w:val="20"/>
                <w:szCs w:val="20"/>
              </w:rPr>
              <w:t>☐ Supervisor leave considered</w:t>
            </w:r>
          </w:p>
        </w:tc>
      </w:tr>
      <w:tr w:rsidR="00326731" w:rsidRPr="009A7D23" w14:paraId="4F993B80" w14:textId="77777777">
        <w:trPr>
          <w:jc w:val="center"/>
        </w:trPr>
        <w:tc>
          <w:tcPr>
            <w:tcW w:w="5184" w:type="dxa"/>
            <w:gridSpan w:val="2"/>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1ACE0EAC" w14:textId="77777777" w:rsidR="00326731" w:rsidRPr="009A7D23" w:rsidRDefault="00D61927">
            <w:pPr>
              <w:spacing w:after="0" w:line="240" w:lineRule="auto"/>
              <w:rPr>
                <w:sz w:val="20"/>
                <w:szCs w:val="20"/>
              </w:rPr>
            </w:pPr>
            <w:r w:rsidRPr="009A7D23">
              <w:rPr>
                <w:sz w:val="20"/>
                <w:szCs w:val="20"/>
              </w:rPr>
              <w:t>☐ Public holidays considered</w:t>
            </w:r>
          </w:p>
        </w:tc>
        <w:tc>
          <w:tcPr>
            <w:tcW w:w="5184" w:type="dxa"/>
            <w:gridSpan w:val="2"/>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6E15A649" w14:textId="77777777" w:rsidR="00326731" w:rsidRPr="009A7D23" w:rsidRDefault="00D61927">
            <w:pPr>
              <w:spacing w:after="0" w:line="240" w:lineRule="auto"/>
              <w:rPr>
                <w:sz w:val="20"/>
                <w:szCs w:val="20"/>
              </w:rPr>
            </w:pPr>
            <w:r w:rsidRPr="009A7D23">
              <w:rPr>
                <w:sz w:val="20"/>
                <w:szCs w:val="20"/>
              </w:rPr>
              <w:t>☐ Required access or training identified</w:t>
            </w:r>
          </w:p>
        </w:tc>
      </w:tr>
    </w:tbl>
    <w:p w14:paraId="388A403D" w14:textId="77777777" w:rsidR="009A7D23" w:rsidRDefault="009A7D23">
      <w:pPr>
        <w:pStyle w:val="Heading1"/>
        <w:spacing w:before="80" w:after="40"/>
        <w:rPr>
          <w:rFonts w:ascii="Aptos Display" w:hAnsi="Aptos Display"/>
          <w:color w:val="003366"/>
          <w:sz w:val="22"/>
        </w:rPr>
      </w:pPr>
    </w:p>
    <w:p w14:paraId="5BA897D4" w14:textId="0EC50CD7" w:rsidR="00326731" w:rsidRPr="00D17FA8" w:rsidRDefault="00D61927" w:rsidP="00D17FA8">
      <w:pPr>
        <w:pStyle w:val="Heading1"/>
        <w:spacing w:before="80" w:after="120"/>
        <w:rPr>
          <w:rFonts w:ascii="Aptos Display" w:hAnsi="Aptos Display"/>
          <w:color w:val="003366"/>
          <w:sz w:val="22"/>
          <w:szCs w:val="22"/>
        </w:rPr>
      </w:pPr>
      <w:r w:rsidRPr="00D17FA8">
        <w:rPr>
          <w:rFonts w:ascii="Aptos Display" w:hAnsi="Aptos Display"/>
          <w:color w:val="003366"/>
          <w:sz w:val="22"/>
          <w:szCs w:val="22"/>
        </w:rPr>
        <w:t>4. Student Tasks and Learning Goals</w:t>
      </w:r>
    </w:p>
    <w:tbl>
      <w:tblPr>
        <w:tblW w:w="0" w:type="auto"/>
        <w:jc w:val="center"/>
        <w:tblLook w:val="04A0" w:firstRow="1" w:lastRow="0" w:firstColumn="1" w:lastColumn="0" w:noHBand="0" w:noVBand="1"/>
      </w:tblPr>
      <w:tblGrid>
        <w:gridCol w:w="3421"/>
        <w:gridCol w:w="3486"/>
        <w:gridCol w:w="3408"/>
      </w:tblGrid>
      <w:tr w:rsidR="00326731" w:rsidRPr="009A7D23" w14:paraId="4A6131AC" w14:textId="77777777">
        <w:trPr>
          <w:jc w:val="center"/>
        </w:trPr>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6DD5847E" w14:textId="77777777" w:rsidR="00326731" w:rsidRPr="009A7D23" w:rsidRDefault="00D61927">
            <w:pPr>
              <w:spacing w:after="0" w:line="240" w:lineRule="auto"/>
              <w:rPr>
                <w:sz w:val="20"/>
                <w:szCs w:val="20"/>
              </w:rPr>
            </w:pPr>
            <w:r w:rsidRPr="009A7D23">
              <w:rPr>
                <w:sz w:val="20"/>
                <w:szCs w:val="20"/>
              </w:rPr>
              <w:t>☐ Background reading</w:t>
            </w:r>
          </w:p>
        </w:tc>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3348C5DE" w14:textId="77777777" w:rsidR="00326731" w:rsidRPr="009A7D23" w:rsidRDefault="00D61927">
            <w:pPr>
              <w:spacing w:after="0" w:line="240" w:lineRule="auto"/>
              <w:rPr>
                <w:sz w:val="20"/>
                <w:szCs w:val="20"/>
              </w:rPr>
            </w:pPr>
            <w:r w:rsidRPr="009A7D23">
              <w:rPr>
                <w:sz w:val="20"/>
                <w:szCs w:val="20"/>
              </w:rPr>
              <w:t>☐ Literature search or summary</w:t>
            </w:r>
          </w:p>
        </w:tc>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09DBA54D" w14:textId="77777777" w:rsidR="00326731" w:rsidRPr="009A7D23" w:rsidRDefault="00D61927">
            <w:pPr>
              <w:spacing w:after="0" w:line="240" w:lineRule="auto"/>
              <w:rPr>
                <w:sz w:val="20"/>
                <w:szCs w:val="20"/>
              </w:rPr>
            </w:pPr>
            <w:r w:rsidRPr="009A7D23">
              <w:rPr>
                <w:sz w:val="20"/>
                <w:szCs w:val="20"/>
              </w:rPr>
              <w:t>☐ Data collection</w:t>
            </w:r>
          </w:p>
        </w:tc>
      </w:tr>
      <w:tr w:rsidR="00326731" w:rsidRPr="009A7D23" w14:paraId="603FAC73" w14:textId="77777777">
        <w:trPr>
          <w:jc w:val="center"/>
        </w:trPr>
        <w:tc>
          <w:tcPr>
            <w:tcW w:w="5184"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0DBB5DE4" w14:textId="77777777" w:rsidR="00326731" w:rsidRPr="009A7D23" w:rsidRDefault="00D61927">
            <w:pPr>
              <w:spacing w:after="0" w:line="240" w:lineRule="auto"/>
              <w:rPr>
                <w:sz w:val="20"/>
                <w:szCs w:val="20"/>
              </w:rPr>
            </w:pPr>
            <w:r w:rsidRPr="009A7D23">
              <w:rPr>
                <w:sz w:val="20"/>
                <w:szCs w:val="20"/>
              </w:rPr>
              <w:t>☐ Data entry or cleaning</w:t>
            </w:r>
          </w:p>
        </w:tc>
        <w:tc>
          <w:tcPr>
            <w:tcW w:w="5184"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680DB577" w14:textId="77777777" w:rsidR="00326731" w:rsidRPr="009A7D23" w:rsidRDefault="00D61927">
            <w:pPr>
              <w:spacing w:after="0" w:line="240" w:lineRule="auto"/>
              <w:rPr>
                <w:sz w:val="20"/>
                <w:szCs w:val="20"/>
              </w:rPr>
            </w:pPr>
            <w:r w:rsidRPr="009A7D23">
              <w:rPr>
                <w:sz w:val="20"/>
                <w:szCs w:val="20"/>
              </w:rPr>
              <w:t>☐ Data analysis or interpretation</w:t>
            </w:r>
          </w:p>
        </w:tc>
        <w:tc>
          <w:tcPr>
            <w:tcW w:w="5184"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70F77490" w14:textId="77777777" w:rsidR="00326731" w:rsidRPr="009A7D23" w:rsidRDefault="00D61927">
            <w:pPr>
              <w:spacing w:after="0" w:line="240" w:lineRule="auto"/>
              <w:rPr>
                <w:sz w:val="20"/>
                <w:szCs w:val="20"/>
              </w:rPr>
            </w:pPr>
            <w:r w:rsidRPr="009A7D23">
              <w:rPr>
                <w:sz w:val="20"/>
                <w:szCs w:val="20"/>
              </w:rPr>
              <w:t>☐ Ethics or governance preparation</w:t>
            </w:r>
          </w:p>
        </w:tc>
      </w:tr>
      <w:tr w:rsidR="00326731" w:rsidRPr="009A7D23" w14:paraId="65883C75" w14:textId="77777777">
        <w:trPr>
          <w:jc w:val="center"/>
        </w:trPr>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05C7A69A" w14:textId="77777777" w:rsidR="00326731" w:rsidRPr="009A7D23" w:rsidRDefault="00D61927">
            <w:pPr>
              <w:spacing w:after="0" w:line="240" w:lineRule="auto"/>
              <w:rPr>
                <w:sz w:val="20"/>
                <w:szCs w:val="20"/>
              </w:rPr>
            </w:pPr>
            <w:r w:rsidRPr="009A7D23">
              <w:rPr>
                <w:sz w:val="20"/>
                <w:szCs w:val="20"/>
              </w:rPr>
              <w:t>☐ Research team meetings</w:t>
            </w:r>
          </w:p>
        </w:tc>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574F07DC" w14:textId="77777777" w:rsidR="00326731" w:rsidRPr="009A7D23" w:rsidRDefault="00D61927">
            <w:pPr>
              <w:spacing w:after="0" w:line="240" w:lineRule="auto"/>
              <w:rPr>
                <w:sz w:val="20"/>
                <w:szCs w:val="20"/>
              </w:rPr>
            </w:pPr>
            <w:r w:rsidRPr="009A7D23">
              <w:rPr>
                <w:sz w:val="20"/>
                <w:szCs w:val="20"/>
              </w:rPr>
              <w:t>☐ Report, abstract, poster or presentation</w:t>
            </w:r>
          </w:p>
        </w:tc>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0DED5951" w14:textId="77777777" w:rsidR="00326731" w:rsidRPr="009A7D23" w:rsidRDefault="00D61927">
            <w:pPr>
              <w:spacing w:after="0" w:line="240" w:lineRule="auto"/>
              <w:rPr>
                <w:sz w:val="20"/>
                <w:szCs w:val="20"/>
              </w:rPr>
            </w:pPr>
            <w:r w:rsidRPr="009A7D23">
              <w:rPr>
                <w:sz w:val="20"/>
                <w:szCs w:val="20"/>
              </w:rPr>
              <w:t>☐ Other project-specific activities: __________</w:t>
            </w:r>
          </w:p>
        </w:tc>
      </w:tr>
      <w:tr w:rsidR="00326731" w:rsidRPr="009A7D23" w14:paraId="1068CBED" w14:textId="77777777">
        <w:trPr>
          <w:jc w:val="center"/>
        </w:trPr>
        <w:tc>
          <w:tcPr>
            <w:tcW w:w="201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36845202" w14:textId="77777777" w:rsidR="00326731" w:rsidRPr="009A7D23" w:rsidRDefault="00D61927">
            <w:pPr>
              <w:spacing w:after="0" w:line="240" w:lineRule="auto"/>
              <w:rPr>
                <w:sz w:val="20"/>
                <w:szCs w:val="20"/>
              </w:rPr>
            </w:pPr>
            <w:r w:rsidRPr="009A7D23">
              <w:rPr>
                <w:b/>
                <w:color w:val="003366"/>
                <w:sz w:val="20"/>
                <w:szCs w:val="20"/>
              </w:rPr>
              <w:t>Learning goal 1</w:t>
            </w:r>
          </w:p>
        </w:tc>
        <w:tc>
          <w:tcPr>
            <w:tcW w:w="8640" w:type="dxa"/>
            <w:gridSpan w:val="2"/>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6B763893" w14:textId="77777777" w:rsidR="00326731" w:rsidRPr="009A7D23" w:rsidRDefault="00326731">
            <w:pPr>
              <w:spacing w:after="0" w:line="240" w:lineRule="auto"/>
              <w:rPr>
                <w:sz w:val="20"/>
                <w:szCs w:val="20"/>
              </w:rPr>
            </w:pPr>
          </w:p>
          <w:p w14:paraId="7DC7FF1A" w14:textId="77777777" w:rsidR="009A7D23" w:rsidRPr="009A7D23" w:rsidRDefault="009A7D23">
            <w:pPr>
              <w:spacing w:after="0" w:line="240" w:lineRule="auto"/>
              <w:rPr>
                <w:sz w:val="20"/>
                <w:szCs w:val="20"/>
              </w:rPr>
            </w:pPr>
          </w:p>
          <w:p w14:paraId="0D4AFA16" w14:textId="77777777" w:rsidR="009A7D23" w:rsidRPr="009A7D23" w:rsidRDefault="009A7D23">
            <w:pPr>
              <w:spacing w:after="0" w:line="240" w:lineRule="auto"/>
              <w:rPr>
                <w:sz w:val="20"/>
                <w:szCs w:val="20"/>
              </w:rPr>
            </w:pPr>
          </w:p>
        </w:tc>
      </w:tr>
      <w:tr w:rsidR="00326731" w:rsidRPr="009A7D23" w14:paraId="5DB7E3F0" w14:textId="77777777">
        <w:trPr>
          <w:jc w:val="center"/>
        </w:trPr>
        <w:tc>
          <w:tcPr>
            <w:tcW w:w="2016"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1F6403D7" w14:textId="77777777" w:rsidR="00326731" w:rsidRPr="009A7D23" w:rsidRDefault="00D61927">
            <w:pPr>
              <w:spacing w:after="0" w:line="240" w:lineRule="auto"/>
              <w:rPr>
                <w:sz w:val="20"/>
                <w:szCs w:val="20"/>
              </w:rPr>
            </w:pPr>
            <w:r w:rsidRPr="009A7D23">
              <w:rPr>
                <w:b/>
                <w:color w:val="003366"/>
                <w:sz w:val="20"/>
                <w:szCs w:val="20"/>
              </w:rPr>
              <w:t>Learning goal 2</w:t>
            </w:r>
          </w:p>
        </w:tc>
        <w:tc>
          <w:tcPr>
            <w:tcW w:w="8640" w:type="dxa"/>
            <w:gridSpan w:val="2"/>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17934055" w14:textId="77777777" w:rsidR="00326731" w:rsidRPr="009A7D23" w:rsidRDefault="00326731">
            <w:pPr>
              <w:spacing w:after="0" w:line="240" w:lineRule="auto"/>
              <w:rPr>
                <w:sz w:val="20"/>
                <w:szCs w:val="20"/>
              </w:rPr>
            </w:pPr>
          </w:p>
          <w:p w14:paraId="5AF4002F" w14:textId="77777777" w:rsidR="009A7D23" w:rsidRPr="009A7D23" w:rsidRDefault="009A7D23">
            <w:pPr>
              <w:spacing w:after="0" w:line="240" w:lineRule="auto"/>
              <w:rPr>
                <w:sz w:val="20"/>
                <w:szCs w:val="20"/>
              </w:rPr>
            </w:pPr>
          </w:p>
        </w:tc>
      </w:tr>
      <w:tr w:rsidR="00326731" w:rsidRPr="009A7D23" w14:paraId="4F997189" w14:textId="77777777">
        <w:trPr>
          <w:jc w:val="center"/>
        </w:trPr>
        <w:tc>
          <w:tcPr>
            <w:tcW w:w="201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72B0585C" w14:textId="77777777" w:rsidR="00326731" w:rsidRPr="009A7D23" w:rsidRDefault="00D61927">
            <w:pPr>
              <w:spacing w:after="0" w:line="240" w:lineRule="auto"/>
              <w:rPr>
                <w:sz w:val="20"/>
                <w:szCs w:val="20"/>
              </w:rPr>
            </w:pPr>
            <w:r w:rsidRPr="009A7D23">
              <w:rPr>
                <w:b/>
                <w:color w:val="003366"/>
                <w:sz w:val="20"/>
                <w:szCs w:val="20"/>
              </w:rPr>
              <w:t>Learning goal 3</w:t>
            </w:r>
          </w:p>
        </w:tc>
        <w:tc>
          <w:tcPr>
            <w:tcW w:w="8640" w:type="dxa"/>
            <w:gridSpan w:val="2"/>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36815A71" w14:textId="77777777" w:rsidR="00326731" w:rsidRPr="009A7D23" w:rsidRDefault="00326731">
            <w:pPr>
              <w:spacing w:after="0" w:line="240" w:lineRule="auto"/>
              <w:rPr>
                <w:sz w:val="20"/>
                <w:szCs w:val="20"/>
              </w:rPr>
            </w:pPr>
          </w:p>
          <w:p w14:paraId="40E89DBD" w14:textId="77777777" w:rsidR="009A7D23" w:rsidRDefault="009A7D23">
            <w:pPr>
              <w:spacing w:after="0" w:line="240" w:lineRule="auto"/>
              <w:rPr>
                <w:sz w:val="20"/>
                <w:szCs w:val="20"/>
              </w:rPr>
            </w:pPr>
          </w:p>
          <w:p w14:paraId="723AAA05" w14:textId="77777777" w:rsidR="009A7D23" w:rsidRPr="009A7D23" w:rsidRDefault="009A7D23">
            <w:pPr>
              <w:spacing w:after="0" w:line="240" w:lineRule="auto"/>
              <w:rPr>
                <w:sz w:val="20"/>
                <w:szCs w:val="20"/>
              </w:rPr>
            </w:pPr>
          </w:p>
        </w:tc>
      </w:tr>
    </w:tbl>
    <w:p w14:paraId="4CA56804" w14:textId="77777777" w:rsidR="00326731" w:rsidRPr="00D17FA8" w:rsidRDefault="00D61927" w:rsidP="00D17FA8">
      <w:pPr>
        <w:pStyle w:val="Heading1"/>
        <w:spacing w:before="80" w:after="120"/>
        <w:rPr>
          <w:rFonts w:ascii="Aptos Display" w:hAnsi="Aptos Display"/>
          <w:color w:val="003366"/>
          <w:sz w:val="22"/>
          <w:szCs w:val="22"/>
        </w:rPr>
      </w:pPr>
      <w:r w:rsidRPr="00D17FA8">
        <w:rPr>
          <w:rFonts w:ascii="Aptos Display" w:hAnsi="Aptos Display"/>
          <w:color w:val="003366"/>
          <w:sz w:val="22"/>
          <w:szCs w:val="22"/>
        </w:rPr>
        <w:t>5. Roles and Expectations</w:t>
      </w:r>
    </w:p>
    <w:tbl>
      <w:tblPr>
        <w:tblW w:w="0" w:type="auto"/>
        <w:jc w:val="center"/>
        <w:tblLook w:val="04A0" w:firstRow="1" w:lastRow="0" w:firstColumn="1" w:lastColumn="0" w:noHBand="0" w:noVBand="1"/>
      </w:tblPr>
      <w:tblGrid>
        <w:gridCol w:w="5159"/>
        <w:gridCol w:w="5156"/>
      </w:tblGrid>
      <w:tr w:rsidR="00326731" w:rsidRPr="009A7D23" w14:paraId="6C2AB2CD" w14:textId="77777777">
        <w:trPr>
          <w:jc w:val="center"/>
        </w:trPr>
        <w:tc>
          <w:tcPr>
            <w:tcW w:w="5328" w:type="dxa"/>
            <w:tcBorders>
              <w:top w:val="single" w:sz="4" w:space="0" w:color="BFBFBF"/>
              <w:left w:val="single" w:sz="4" w:space="0" w:color="BFBFBF"/>
              <w:bottom w:val="single" w:sz="4" w:space="0" w:color="BFBFBF"/>
              <w:right w:val="single" w:sz="4" w:space="0" w:color="BFBFBF"/>
            </w:tcBorders>
            <w:shd w:val="clear" w:color="auto" w:fill="003366"/>
            <w:tcMar>
              <w:top w:w="70" w:type="dxa"/>
              <w:left w:w="90" w:type="dxa"/>
              <w:bottom w:w="70" w:type="dxa"/>
              <w:right w:w="90" w:type="dxa"/>
            </w:tcMar>
            <w:vAlign w:val="center"/>
          </w:tcPr>
          <w:p w14:paraId="009433BB" w14:textId="77777777" w:rsidR="00326731" w:rsidRPr="009A7D23" w:rsidRDefault="00D61927">
            <w:pPr>
              <w:spacing w:after="0" w:line="240" w:lineRule="auto"/>
              <w:jc w:val="center"/>
              <w:rPr>
                <w:sz w:val="20"/>
                <w:szCs w:val="20"/>
              </w:rPr>
            </w:pPr>
            <w:r w:rsidRPr="009A7D23">
              <w:rPr>
                <w:b/>
                <w:color w:val="FFFFFF"/>
                <w:sz w:val="20"/>
                <w:szCs w:val="20"/>
              </w:rPr>
              <w:t>Student will</w:t>
            </w:r>
          </w:p>
        </w:tc>
        <w:tc>
          <w:tcPr>
            <w:tcW w:w="5328" w:type="dxa"/>
            <w:tcBorders>
              <w:top w:val="single" w:sz="4" w:space="0" w:color="BFBFBF"/>
              <w:left w:val="single" w:sz="4" w:space="0" w:color="BFBFBF"/>
              <w:bottom w:val="single" w:sz="4" w:space="0" w:color="BFBFBF"/>
              <w:right w:val="single" w:sz="4" w:space="0" w:color="BFBFBF"/>
            </w:tcBorders>
            <w:shd w:val="clear" w:color="auto" w:fill="003366"/>
            <w:tcMar>
              <w:top w:w="70" w:type="dxa"/>
              <w:left w:w="90" w:type="dxa"/>
              <w:bottom w:w="70" w:type="dxa"/>
              <w:right w:w="90" w:type="dxa"/>
            </w:tcMar>
            <w:vAlign w:val="center"/>
          </w:tcPr>
          <w:p w14:paraId="50912AFB" w14:textId="77777777" w:rsidR="00326731" w:rsidRPr="009A7D23" w:rsidRDefault="00D61927">
            <w:pPr>
              <w:spacing w:after="0" w:line="240" w:lineRule="auto"/>
              <w:jc w:val="center"/>
              <w:rPr>
                <w:sz w:val="20"/>
                <w:szCs w:val="20"/>
              </w:rPr>
            </w:pPr>
            <w:r w:rsidRPr="009A7D23">
              <w:rPr>
                <w:b/>
                <w:color w:val="FFFFFF"/>
                <w:sz w:val="20"/>
                <w:szCs w:val="20"/>
              </w:rPr>
              <w:t>Supervisor will</w:t>
            </w:r>
          </w:p>
        </w:tc>
      </w:tr>
      <w:tr w:rsidR="00326731" w:rsidRPr="009A7D23" w14:paraId="71D8D128" w14:textId="77777777">
        <w:trPr>
          <w:jc w:val="center"/>
        </w:trPr>
        <w:tc>
          <w:tcPr>
            <w:tcW w:w="5328"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3D1A630D" w14:textId="77777777" w:rsidR="00326731" w:rsidRPr="009A7D23" w:rsidRDefault="00D61927">
            <w:pPr>
              <w:spacing w:after="0" w:line="240" w:lineRule="auto"/>
              <w:rPr>
                <w:sz w:val="20"/>
                <w:szCs w:val="20"/>
              </w:rPr>
            </w:pPr>
            <w:r w:rsidRPr="009A7D23">
              <w:rPr>
                <w:sz w:val="20"/>
                <w:szCs w:val="20"/>
              </w:rPr>
              <w:t>☐ Communicate professionally and attend agreed meetings.</w:t>
            </w:r>
          </w:p>
        </w:tc>
        <w:tc>
          <w:tcPr>
            <w:tcW w:w="5328"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3856B7E0" w14:textId="77777777" w:rsidR="00326731" w:rsidRPr="009A7D23" w:rsidRDefault="00D61927">
            <w:pPr>
              <w:spacing w:after="0" w:line="240" w:lineRule="auto"/>
              <w:rPr>
                <w:sz w:val="20"/>
                <w:szCs w:val="20"/>
              </w:rPr>
            </w:pPr>
            <w:r w:rsidRPr="009A7D23">
              <w:rPr>
                <w:sz w:val="20"/>
                <w:szCs w:val="20"/>
              </w:rPr>
              <w:t>☐ Provide guidance, feedback and realistic expectations.</w:t>
            </w:r>
          </w:p>
        </w:tc>
      </w:tr>
      <w:tr w:rsidR="00326731" w:rsidRPr="009A7D23" w14:paraId="37D88992" w14:textId="77777777">
        <w:trPr>
          <w:jc w:val="center"/>
        </w:trPr>
        <w:tc>
          <w:tcPr>
            <w:tcW w:w="5328"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25DCE1FF" w14:textId="77777777" w:rsidR="00326731" w:rsidRPr="009A7D23" w:rsidRDefault="00D61927">
            <w:pPr>
              <w:spacing w:after="0" w:line="240" w:lineRule="auto"/>
              <w:rPr>
                <w:sz w:val="20"/>
                <w:szCs w:val="20"/>
              </w:rPr>
            </w:pPr>
            <w:r w:rsidRPr="009A7D23">
              <w:rPr>
                <w:sz w:val="20"/>
                <w:szCs w:val="20"/>
              </w:rPr>
              <w:t>☐ Complete agreed tasks within the project timeframe, where practicable.</w:t>
            </w:r>
          </w:p>
        </w:tc>
        <w:tc>
          <w:tcPr>
            <w:tcW w:w="5328"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25D6ADDC" w14:textId="77777777" w:rsidR="00326731" w:rsidRPr="009A7D23" w:rsidRDefault="00D61927">
            <w:pPr>
              <w:spacing w:after="0" w:line="240" w:lineRule="auto"/>
              <w:rPr>
                <w:sz w:val="20"/>
                <w:szCs w:val="20"/>
              </w:rPr>
            </w:pPr>
            <w:r w:rsidRPr="009A7D23">
              <w:rPr>
                <w:sz w:val="20"/>
                <w:szCs w:val="20"/>
              </w:rPr>
              <w:t>☐ Clarify the student role, tasks and expected contribution.</w:t>
            </w:r>
          </w:p>
        </w:tc>
      </w:tr>
      <w:tr w:rsidR="00326731" w:rsidRPr="009A7D23" w14:paraId="607B1F95" w14:textId="77777777">
        <w:trPr>
          <w:jc w:val="center"/>
        </w:trPr>
        <w:tc>
          <w:tcPr>
            <w:tcW w:w="5328"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092265CF" w14:textId="77777777" w:rsidR="00326731" w:rsidRPr="009A7D23" w:rsidRDefault="00D61927">
            <w:pPr>
              <w:spacing w:after="0" w:line="240" w:lineRule="auto"/>
              <w:rPr>
                <w:sz w:val="20"/>
                <w:szCs w:val="20"/>
              </w:rPr>
            </w:pPr>
            <w:r w:rsidRPr="009A7D23">
              <w:rPr>
                <w:sz w:val="20"/>
                <w:szCs w:val="20"/>
              </w:rPr>
              <w:t>☐ Ask questions when unsure about tasks, data or methods.</w:t>
            </w:r>
          </w:p>
        </w:tc>
        <w:tc>
          <w:tcPr>
            <w:tcW w:w="5328"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07A8596B" w14:textId="77777777" w:rsidR="00326731" w:rsidRPr="009A7D23" w:rsidRDefault="00D61927">
            <w:pPr>
              <w:spacing w:after="0" w:line="240" w:lineRule="auto"/>
              <w:rPr>
                <w:sz w:val="20"/>
                <w:szCs w:val="20"/>
              </w:rPr>
            </w:pPr>
            <w:r w:rsidRPr="009A7D23">
              <w:rPr>
                <w:sz w:val="20"/>
                <w:szCs w:val="20"/>
              </w:rPr>
              <w:t>☐ Discuss ethics, governance, data and confidentiality requirements.</w:t>
            </w:r>
          </w:p>
        </w:tc>
      </w:tr>
      <w:tr w:rsidR="00326731" w:rsidRPr="009A7D23" w14:paraId="4920A0F0" w14:textId="77777777">
        <w:trPr>
          <w:jc w:val="center"/>
        </w:trPr>
        <w:tc>
          <w:tcPr>
            <w:tcW w:w="5328"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6E777C6E" w14:textId="77777777" w:rsidR="00326731" w:rsidRPr="009A7D23" w:rsidRDefault="00D61927">
            <w:pPr>
              <w:spacing w:after="0" w:line="240" w:lineRule="auto"/>
              <w:rPr>
                <w:sz w:val="20"/>
                <w:szCs w:val="20"/>
              </w:rPr>
            </w:pPr>
            <w:r w:rsidRPr="009A7D23">
              <w:rPr>
                <w:sz w:val="20"/>
                <w:szCs w:val="20"/>
              </w:rPr>
              <w:t>☐ Follow confidentiality, safety and site requirements.</w:t>
            </w:r>
          </w:p>
        </w:tc>
        <w:tc>
          <w:tcPr>
            <w:tcW w:w="5328"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78ED77FA" w14:textId="77777777" w:rsidR="00326731" w:rsidRPr="009A7D23" w:rsidRDefault="00D61927">
            <w:pPr>
              <w:spacing w:after="0" w:line="240" w:lineRule="auto"/>
              <w:rPr>
                <w:sz w:val="20"/>
                <w:szCs w:val="20"/>
              </w:rPr>
            </w:pPr>
            <w:r w:rsidRPr="009A7D23">
              <w:rPr>
                <w:sz w:val="20"/>
                <w:szCs w:val="20"/>
              </w:rPr>
              <w:t>☐ Identify a backup contact if the primary supervisor is unavailable.</w:t>
            </w:r>
          </w:p>
        </w:tc>
      </w:tr>
      <w:tr w:rsidR="00326731" w:rsidRPr="009A7D23" w14:paraId="50266160" w14:textId="77777777">
        <w:trPr>
          <w:jc w:val="center"/>
        </w:trPr>
        <w:tc>
          <w:tcPr>
            <w:tcW w:w="5328"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03CAFF6B" w14:textId="77777777" w:rsidR="00326731" w:rsidRPr="009A7D23" w:rsidRDefault="00D61927">
            <w:pPr>
              <w:spacing w:after="0" w:line="240" w:lineRule="auto"/>
              <w:rPr>
                <w:sz w:val="20"/>
                <w:szCs w:val="20"/>
              </w:rPr>
            </w:pPr>
            <w:r w:rsidRPr="009A7D23">
              <w:rPr>
                <w:sz w:val="20"/>
                <w:szCs w:val="20"/>
              </w:rPr>
              <w:t>☐ Notify the supervisor early if availability changes or support is needed.</w:t>
            </w:r>
          </w:p>
        </w:tc>
        <w:tc>
          <w:tcPr>
            <w:tcW w:w="5328"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1DB55263" w14:textId="77777777" w:rsidR="00326731" w:rsidRPr="009A7D23" w:rsidRDefault="00D61927">
            <w:pPr>
              <w:spacing w:after="0" w:line="240" w:lineRule="auto"/>
              <w:rPr>
                <w:sz w:val="20"/>
                <w:szCs w:val="20"/>
              </w:rPr>
            </w:pPr>
            <w:r w:rsidRPr="009A7D23">
              <w:rPr>
                <w:sz w:val="20"/>
                <w:szCs w:val="20"/>
              </w:rPr>
              <w:t>☐ Support meaningful exposure to research and learning opportunities.</w:t>
            </w:r>
          </w:p>
        </w:tc>
      </w:tr>
    </w:tbl>
    <w:p w14:paraId="6B728FAA" w14:textId="77777777" w:rsidR="00326731" w:rsidRPr="00D17FA8" w:rsidRDefault="00D61927">
      <w:pPr>
        <w:pStyle w:val="Heading1"/>
        <w:spacing w:before="80" w:after="40"/>
        <w:rPr>
          <w:rFonts w:ascii="Aptos Display" w:hAnsi="Aptos Display"/>
          <w:color w:val="003366"/>
          <w:sz w:val="22"/>
          <w:szCs w:val="22"/>
        </w:rPr>
      </w:pPr>
      <w:r w:rsidRPr="00D17FA8">
        <w:rPr>
          <w:rFonts w:ascii="Aptos Display" w:hAnsi="Aptos Display"/>
          <w:color w:val="003366"/>
          <w:sz w:val="22"/>
          <w:szCs w:val="22"/>
        </w:rPr>
        <w:t>6. Communication Plan</w:t>
      </w:r>
    </w:p>
    <w:tbl>
      <w:tblPr>
        <w:tblW w:w="0" w:type="auto"/>
        <w:jc w:val="center"/>
        <w:tblLook w:val="04A0" w:firstRow="1" w:lastRow="0" w:firstColumn="1" w:lastColumn="0" w:noHBand="0" w:noVBand="1"/>
      </w:tblPr>
      <w:tblGrid>
        <w:gridCol w:w="2389"/>
        <w:gridCol w:w="2767"/>
        <w:gridCol w:w="2035"/>
        <w:gridCol w:w="3124"/>
      </w:tblGrid>
      <w:tr w:rsidR="00326731" w:rsidRPr="009A7D23" w14:paraId="7971EB36" w14:textId="77777777">
        <w:trPr>
          <w:jc w:val="center"/>
        </w:trPr>
        <w:tc>
          <w:tcPr>
            <w:tcW w:w="2448"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24FE6D43" w14:textId="77777777" w:rsidR="00326731" w:rsidRPr="009A7D23" w:rsidRDefault="00D61927">
            <w:pPr>
              <w:spacing w:after="0" w:line="240" w:lineRule="auto"/>
              <w:rPr>
                <w:sz w:val="20"/>
                <w:szCs w:val="20"/>
              </w:rPr>
            </w:pPr>
            <w:r w:rsidRPr="009A7D23">
              <w:rPr>
                <w:b/>
                <w:color w:val="003366"/>
                <w:sz w:val="20"/>
                <w:szCs w:val="20"/>
              </w:rPr>
              <w:t>Preferred contact method</w:t>
            </w:r>
          </w:p>
        </w:tc>
        <w:tc>
          <w:tcPr>
            <w:tcW w:w="288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4FB26A99" w14:textId="77777777" w:rsidR="00326731" w:rsidRPr="009A7D23" w:rsidRDefault="00D61927">
            <w:pPr>
              <w:spacing w:after="0" w:line="240" w:lineRule="auto"/>
              <w:rPr>
                <w:sz w:val="20"/>
                <w:szCs w:val="20"/>
              </w:rPr>
            </w:pPr>
            <w:r w:rsidRPr="009A7D23">
              <w:rPr>
                <w:sz w:val="20"/>
                <w:szCs w:val="20"/>
              </w:rPr>
              <w:t>Email / Teams / Phone / In person / Other:</w:t>
            </w:r>
          </w:p>
        </w:tc>
        <w:tc>
          <w:tcPr>
            <w:tcW w:w="2088"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0AB03F76" w14:textId="77777777" w:rsidR="00326731" w:rsidRPr="009A7D23" w:rsidRDefault="00D61927">
            <w:pPr>
              <w:spacing w:after="0" w:line="240" w:lineRule="auto"/>
              <w:rPr>
                <w:sz w:val="20"/>
                <w:szCs w:val="20"/>
              </w:rPr>
            </w:pPr>
            <w:r w:rsidRPr="009A7D23">
              <w:rPr>
                <w:b/>
                <w:color w:val="003366"/>
                <w:sz w:val="20"/>
                <w:szCs w:val="20"/>
              </w:rPr>
              <w:t>Meeting frequency</w:t>
            </w:r>
          </w:p>
        </w:tc>
        <w:tc>
          <w:tcPr>
            <w:tcW w:w="324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267F371C" w14:textId="77777777" w:rsidR="00326731" w:rsidRPr="009A7D23" w:rsidRDefault="00D61927">
            <w:pPr>
              <w:spacing w:after="0" w:line="240" w:lineRule="auto"/>
              <w:rPr>
                <w:sz w:val="20"/>
                <w:szCs w:val="20"/>
              </w:rPr>
            </w:pPr>
            <w:r w:rsidRPr="009A7D23">
              <w:rPr>
                <w:sz w:val="20"/>
                <w:szCs w:val="20"/>
              </w:rPr>
              <w:t>Weekly / Fortnightly / As needed</w:t>
            </w:r>
          </w:p>
        </w:tc>
      </w:tr>
      <w:tr w:rsidR="00326731" w:rsidRPr="009A7D23" w14:paraId="273600C6" w14:textId="77777777">
        <w:trPr>
          <w:jc w:val="center"/>
        </w:trPr>
        <w:tc>
          <w:tcPr>
            <w:tcW w:w="2448"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22595FBE" w14:textId="77777777" w:rsidR="00326731" w:rsidRPr="009A7D23" w:rsidRDefault="00D61927">
            <w:pPr>
              <w:spacing w:after="0" w:line="240" w:lineRule="auto"/>
              <w:rPr>
                <w:sz w:val="20"/>
                <w:szCs w:val="20"/>
              </w:rPr>
            </w:pPr>
            <w:r w:rsidRPr="009A7D23">
              <w:rPr>
                <w:b/>
                <w:color w:val="003366"/>
                <w:sz w:val="20"/>
                <w:szCs w:val="20"/>
              </w:rPr>
              <w:t>Expected response time</w:t>
            </w:r>
          </w:p>
        </w:tc>
        <w:tc>
          <w:tcPr>
            <w:tcW w:w="2880"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7BDB6A31" w14:textId="77777777" w:rsidR="00326731" w:rsidRDefault="00326731">
            <w:pPr>
              <w:spacing w:after="0" w:line="240" w:lineRule="auto"/>
              <w:rPr>
                <w:sz w:val="20"/>
                <w:szCs w:val="20"/>
              </w:rPr>
            </w:pPr>
          </w:p>
          <w:p w14:paraId="47D597DF" w14:textId="77777777" w:rsidR="009A7D23" w:rsidRDefault="009A7D23">
            <w:pPr>
              <w:spacing w:after="0" w:line="240" w:lineRule="auto"/>
              <w:rPr>
                <w:sz w:val="20"/>
                <w:szCs w:val="20"/>
              </w:rPr>
            </w:pPr>
          </w:p>
          <w:p w14:paraId="59BACFDE" w14:textId="77777777" w:rsidR="009A7D23" w:rsidRPr="009A7D23" w:rsidRDefault="009A7D23">
            <w:pPr>
              <w:spacing w:after="0" w:line="240" w:lineRule="auto"/>
              <w:rPr>
                <w:sz w:val="20"/>
                <w:szCs w:val="20"/>
              </w:rPr>
            </w:pPr>
          </w:p>
        </w:tc>
        <w:tc>
          <w:tcPr>
            <w:tcW w:w="2088"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6EC55B4D" w14:textId="77777777" w:rsidR="00326731" w:rsidRPr="009A7D23" w:rsidRDefault="00D61927">
            <w:pPr>
              <w:spacing w:after="0" w:line="240" w:lineRule="auto"/>
              <w:rPr>
                <w:sz w:val="20"/>
                <w:szCs w:val="20"/>
              </w:rPr>
            </w:pPr>
            <w:r w:rsidRPr="009A7D23">
              <w:rPr>
                <w:b/>
                <w:color w:val="003366"/>
                <w:sz w:val="20"/>
                <w:szCs w:val="20"/>
              </w:rPr>
              <w:t>Meeting format</w:t>
            </w:r>
          </w:p>
        </w:tc>
        <w:tc>
          <w:tcPr>
            <w:tcW w:w="3240"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244C8924" w14:textId="77777777" w:rsidR="00326731" w:rsidRPr="009A7D23" w:rsidRDefault="00D61927">
            <w:pPr>
              <w:spacing w:after="0" w:line="240" w:lineRule="auto"/>
              <w:rPr>
                <w:sz w:val="20"/>
                <w:szCs w:val="20"/>
              </w:rPr>
            </w:pPr>
            <w:r w:rsidRPr="009A7D23">
              <w:rPr>
                <w:sz w:val="20"/>
                <w:szCs w:val="20"/>
              </w:rPr>
              <w:t>In person / Teams / Phone / Hybrid</w:t>
            </w:r>
          </w:p>
        </w:tc>
      </w:tr>
      <w:tr w:rsidR="00326731" w:rsidRPr="009A7D23" w14:paraId="4936EF3C" w14:textId="77777777">
        <w:trPr>
          <w:jc w:val="center"/>
        </w:trPr>
        <w:tc>
          <w:tcPr>
            <w:tcW w:w="2448"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5DC86579" w14:textId="77777777" w:rsidR="00326731" w:rsidRPr="009A7D23" w:rsidRDefault="00D61927">
            <w:pPr>
              <w:spacing w:after="0" w:line="240" w:lineRule="auto"/>
              <w:rPr>
                <w:sz w:val="20"/>
                <w:szCs w:val="20"/>
              </w:rPr>
            </w:pPr>
            <w:r w:rsidRPr="009A7D23">
              <w:rPr>
                <w:b/>
                <w:color w:val="003366"/>
                <w:sz w:val="20"/>
                <w:szCs w:val="20"/>
              </w:rPr>
              <w:t>Main contact</w:t>
            </w:r>
          </w:p>
        </w:tc>
        <w:tc>
          <w:tcPr>
            <w:tcW w:w="288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1C08BFED" w14:textId="77777777" w:rsidR="00326731" w:rsidRDefault="00326731">
            <w:pPr>
              <w:spacing w:after="0" w:line="240" w:lineRule="auto"/>
              <w:rPr>
                <w:sz w:val="20"/>
                <w:szCs w:val="20"/>
              </w:rPr>
            </w:pPr>
          </w:p>
          <w:p w14:paraId="6BE9BFFA" w14:textId="77777777" w:rsidR="009A7D23" w:rsidRPr="009A7D23" w:rsidRDefault="009A7D23">
            <w:pPr>
              <w:spacing w:after="0" w:line="240" w:lineRule="auto"/>
              <w:rPr>
                <w:sz w:val="20"/>
                <w:szCs w:val="20"/>
              </w:rPr>
            </w:pPr>
          </w:p>
        </w:tc>
        <w:tc>
          <w:tcPr>
            <w:tcW w:w="2088"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0176BEAE" w14:textId="77777777" w:rsidR="00326731" w:rsidRPr="009A7D23" w:rsidRDefault="00D61927">
            <w:pPr>
              <w:spacing w:after="0" w:line="240" w:lineRule="auto"/>
              <w:rPr>
                <w:sz w:val="20"/>
                <w:szCs w:val="20"/>
              </w:rPr>
            </w:pPr>
            <w:r w:rsidRPr="009A7D23">
              <w:rPr>
                <w:b/>
                <w:color w:val="003366"/>
                <w:sz w:val="20"/>
                <w:szCs w:val="20"/>
              </w:rPr>
              <w:t>Backup contact</w:t>
            </w:r>
          </w:p>
        </w:tc>
        <w:tc>
          <w:tcPr>
            <w:tcW w:w="324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437DB935" w14:textId="77777777" w:rsidR="00326731" w:rsidRPr="009A7D23" w:rsidRDefault="00326731">
            <w:pPr>
              <w:spacing w:after="0" w:line="240" w:lineRule="auto"/>
              <w:rPr>
                <w:sz w:val="20"/>
                <w:szCs w:val="20"/>
              </w:rPr>
            </w:pPr>
          </w:p>
        </w:tc>
      </w:tr>
      <w:tr w:rsidR="00326731" w:rsidRPr="009A7D23" w14:paraId="721DC7B7" w14:textId="77777777">
        <w:trPr>
          <w:jc w:val="center"/>
        </w:trPr>
        <w:tc>
          <w:tcPr>
            <w:tcW w:w="2448"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5B84B2F4" w14:textId="77777777" w:rsidR="00326731" w:rsidRPr="009A7D23" w:rsidRDefault="00D61927">
            <w:pPr>
              <w:spacing w:after="0" w:line="240" w:lineRule="auto"/>
              <w:rPr>
                <w:sz w:val="20"/>
                <w:szCs w:val="20"/>
              </w:rPr>
            </w:pPr>
            <w:r w:rsidRPr="009A7D23">
              <w:rPr>
                <w:b/>
                <w:color w:val="003366"/>
                <w:sz w:val="20"/>
                <w:szCs w:val="20"/>
              </w:rPr>
              <w:t>How should the student raise concerns or ask for help?</w:t>
            </w:r>
          </w:p>
        </w:tc>
        <w:tc>
          <w:tcPr>
            <w:tcW w:w="3240" w:type="dxa"/>
            <w:gridSpan w:val="3"/>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1F4F8CF2" w14:textId="77777777" w:rsidR="00326731" w:rsidRDefault="00326731">
            <w:pPr>
              <w:spacing w:after="0" w:line="240" w:lineRule="auto"/>
              <w:rPr>
                <w:sz w:val="20"/>
                <w:szCs w:val="20"/>
              </w:rPr>
            </w:pPr>
          </w:p>
          <w:p w14:paraId="042417B8" w14:textId="77777777" w:rsidR="009A7D23" w:rsidRDefault="009A7D23">
            <w:pPr>
              <w:spacing w:after="0" w:line="240" w:lineRule="auto"/>
              <w:rPr>
                <w:sz w:val="20"/>
                <w:szCs w:val="20"/>
              </w:rPr>
            </w:pPr>
          </w:p>
          <w:p w14:paraId="02D6E84D" w14:textId="77777777" w:rsidR="009A7D23" w:rsidRDefault="009A7D23">
            <w:pPr>
              <w:spacing w:after="0" w:line="240" w:lineRule="auto"/>
              <w:rPr>
                <w:sz w:val="20"/>
                <w:szCs w:val="20"/>
              </w:rPr>
            </w:pPr>
          </w:p>
          <w:p w14:paraId="057A7B6D" w14:textId="77777777" w:rsidR="009A7D23" w:rsidRDefault="009A7D23">
            <w:pPr>
              <w:spacing w:after="0" w:line="240" w:lineRule="auto"/>
              <w:rPr>
                <w:sz w:val="20"/>
                <w:szCs w:val="20"/>
              </w:rPr>
            </w:pPr>
          </w:p>
          <w:p w14:paraId="0CD21289" w14:textId="77777777" w:rsidR="009A7D23" w:rsidRPr="009A7D23" w:rsidRDefault="009A7D23">
            <w:pPr>
              <w:spacing w:after="0" w:line="240" w:lineRule="auto"/>
              <w:rPr>
                <w:sz w:val="20"/>
                <w:szCs w:val="20"/>
              </w:rPr>
            </w:pPr>
          </w:p>
        </w:tc>
      </w:tr>
      <w:tr w:rsidR="00326731" w:rsidRPr="009A7D23" w14:paraId="46A18478" w14:textId="77777777">
        <w:trPr>
          <w:jc w:val="center"/>
        </w:trPr>
        <w:tc>
          <w:tcPr>
            <w:tcW w:w="2448"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7B83AF4A" w14:textId="77777777" w:rsidR="00326731" w:rsidRPr="009A7D23" w:rsidRDefault="00D61927">
            <w:pPr>
              <w:spacing w:after="0" w:line="240" w:lineRule="auto"/>
              <w:rPr>
                <w:sz w:val="20"/>
                <w:szCs w:val="20"/>
              </w:rPr>
            </w:pPr>
            <w:r w:rsidRPr="009A7D23">
              <w:rPr>
                <w:b/>
                <w:color w:val="003366"/>
                <w:sz w:val="20"/>
                <w:szCs w:val="20"/>
              </w:rPr>
              <w:t>Progress update expectations</w:t>
            </w:r>
          </w:p>
        </w:tc>
        <w:tc>
          <w:tcPr>
            <w:tcW w:w="3240" w:type="dxa"/>
            <w:gridSpan w:val="3"/>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4CACDFD4" w14:textId="77777777" w:rsidR="00326731" w:rsidRPr="009A7D23" w:rsidRDefault="00326731">
            <w:pPr>
              <w:spacing w:after="0" w:line="240" w:lineRule="auto"/>
              <w:rPr>
                <w:sz w:val="20"/>
                <w:szCs w:val="20"/>
              </w:rPr>
            </w:pPr>
          </w:p>
          <w:p w14:paraId="513A88F3" w14:textId="77777777" w:rsidR="00B44571" w:rsidRPr="009A7D23" w:rsidRDefault="00B44571">
            <w:pPr>
              <w:spacing w:after="0" w:line="240" w:lineRule="auto"/>
              <w:rPr>
                <w:sz w:val="20"/>
                <w:szCs w:val="20"/>
              </w:rPr>
            </w:pPr>
          </w:p>
          <w:p w14:paraId="452BE160" w14:textId="77777777" w:rsidR="00B44571" w:rsidRPr="009A7D23" w:rsidRDefault="00B44571">
            <w:pPr>
              <w:spacing w:after="0" w:line="240" w:lineRule="auto"/>
              <w:rPr>
                <w:sz w:val="20"/>
                <w:szCs w:val="20"/>
              </w:rPr>
            </w:pPr>
          </w:p>
          <w:p w14:paraId="55032A2F" w14:textId="77777777" w:rsidR="00B44571" w:rsidRPr="009A7D23" w:rsidRDefault="00B44571">
            <w:pPr>
              <w:spacing w:after="0" w:line="240" w:lineRule="auto"/>
              <w:rPr>
                <w:sz w:val="20"/>
                <w:szCs w:val="20"/>
              </w:rPr>
            </w:pPr>
          </w:p>
          <w:p w14:paraId="504CB5DA" w14:textId="77777777" w:rsidR="00B44571" w:rsidRPr="009A7D23" w:rsidRDefault="00B44571">
            <w:pPr>
              <w:spacing w:after="0" w:line="240" w:lineRule="auto"/>
              <w:rPr>
                <w:sz w:val="20"/>
                <w:szCs w:val="20"/>
              </w:rPr>
            </w:pPr>
          </w:p>
          <w:p w14:paraId="76DA05CC" w14:textId="77777777" w:rsidR="00B44571" w:rsidRPr="009A7D23" w:rsidRDefault="00B44571">
            <w:pPr>
              <w:spacing w:after="0" w:line="240" w:lineRule="auto"/>
              <w:rPr>
                <w:sz w:val="20"/>
                <w:szCs w:val="20"/>
              </w:rPr>
            </w:pPr>
          </w:p>
          <w:p w14:paraId="73FBFFDC" w14:textId="77777777" w:rsidR="00B44571" w:rsidRPr="009A7D23" w:rsidRDefault="00B44571">
            <w:pPr>
              <w:spacing w:after="0" w:line="240" w:lineRule="auto"/>
              <w:rPr>
                <w:sz w:val="20"/>
                <w:szCs w:val="20"/>
              </w:rPr>
            </w:pPr>
          </w:p>
          <w:p w14:paraId="26437F62" w14:textId="77777777" w:rsidR="00B44571" w:rsidRPr="009A7D23" w:rsidRDefault="00B44571">
            <w:pPr>
              <w:spacing w:after="0" w:line="240" w:lineRule="auto"/>
              <w:rPr>
                <w:sz w:val="20"/>
                <w:szCs w:val="20"/>
              </w:rPr>
            </w:pPr>
          </w:p>
          <w:p w14:paraId="05E894CF" w14:textId="77777777" w:rsidR="00B44571" w:rsidRPr="009A7D23" w:rsidRDefault="00B44571">
            <w:pPr>
              <w:spacing w:after="0" w:line="240" w:lineRule="auto"/>
              <w:rPr>
                <w:sz w:val="20"/>
                <w:szCs w:val="20"/>
              </w:rPr>
            </w:pPr>
          </w:p>
        </w:tc>
      </w:tr>
    </w:tbl>
    <w:p w14:paraId="3D63BD12" w14:textId="77777777" w:rsidR="00326731" w:rsidRPr="00D17FA8" w:rsidRDefault="00D61927" w:rsidP="00D17FA8">
      <w:pPr>
        <w:pStyle w:val="Heading1"/>
        <w:spacing w:before="80" w:after="120"/>
        <w:rPr>
          <w:rFonts w:ascii="Aptos Display" w:hAnsi="Aptos Display"/>
          <w:color w:val="003366"/>
          <w:sz w:val="22"/>
          <w:szCs w:val="22"/>
        </w:rPr>
      </w:pPr>
      <w:r w:rsidRPr="00D17FA8">
        <w:rPr>
          <w:rFonts w:ascii="Aptos Display" w:hAnsi="Aptos Display"/>
          <w:color w:val="003366"/>
          <w:sz w:val="22"/>
          <w:szCs w:val="22"/>
        </w:rPr>
        <w:lastRenderedPageBreak/>
        <w:t>7. Ethics, Governance, Data and Confidentiality</w:t>
      </w:r>
    </w:p>
    <w:tbl>
      <w:tblPr>
        <w:tblW w:w="0" w:type="auto"/>
        <w:jc w:val="center"/>
        <w:tblLook w:val="04A0" w:firstRow="1" w:lastRow="0" w:firstColumn="1" w:lastColumn="0" w:noHBand="0" w:noVBand="1"/>
      </w:tblPr>
      <w:tblGrid>
        <w:gridCol w:w="3794"/>
        <w:gridCol w:w="6521"/>
      </w:tblGrid>
      <w:tr w:rsidR="00326731" w:rsidRPr="009A7D23" w14:paraId="18CC3150" w14:textId="77777777">
        <w:trPr>
          <w:jc w:val="center"/>
        </w:trPr>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36592E56" w14:textId="77777777" w:rsidR="00326731" w:rsidRPr="009A7D23" w:rsidRDefault="00D61927">
            <w:pPr>
              <w:spacing w:after="0" w:line="240" w:lineRule="auto"/>
              <w:rPr>
                <w:sz w:val="20"/>
                <w:szCs w:val="20"/>
              </w:rPr>
            </w:pPr>
            <w:r w:rsidRPr="009A7D23">
              <w:rPr>
                <w:sz w:val="20"/>
                <w:szCs w:val="20"/>
              </w:rPr>
              <w:t>☐ Ethics approval required</w:t>
            </w:r>
          </w:p>
        </w:tc>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16536812" w14:textId="77777777" w:rsidR="00326731" w:rsidRPr="009A7D23" w:rsidRDefault="00D61927">
            <w:pPr>
              <w:spacing w:after="0" w:line="240" w:lineRule="auto"/>
              <w:rPr>
                <w:sz w:val="20"/>
                <w:szCs w:val="20"/>
              </w:rPr>
            </w:pPr>
            <w:r w:rsidRPr="009A7D23">
              <w:rPr>
                <w:sz w:val="20"/>
                <w:szCs w:val="20"/>
              </w:rPr>
              <w:t>☐ Ethics approval already obtained</w:t>
            </w:r>
          </w:p>
        </w:tc>
      </w:tr>
      <w:tr w:rsidR="00326731" w14:paraId="04870AAE" w14:textId="77777777">
        <w:trPr>
          <w:jc w:val="center"/>
        </w:trPr>
        <w:tc>
          <w:tcPr>
            <w:tcW w:w="5184"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6C8C9B6F" w14:textId="77777777" w:rsidR="00326731" w:rsidRPr="00287A75" w:rsidRDefault="00D61927">
            <w:pPr>
              <w:spacing w:after="0" w:line="240" w:lineRule="auto"/>
              <w:rPr>
                <w:sz w:val="22"/>
              </w:rPr>
            </w:pPr>
            <w:r w:rsidRPr="00287A75">
              <w:rPr>
                <w:sz w:val="22"/>
              </w:rPr>
              <w:t>☐ Student to be added to ethics approval</w:t>
            </w:r>
          </w:p>
        </w:tc>
        <w:tc>
          <w:tcPr>
            <w:tcW w:w="5184"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6933D534" w14:textId="77777777" w:rsidR="00326731" w:rsidRPr="00287A75" w:rsidRDefault="00D61927">
            <w:pPr>
              <w:spacing w:after="0" w:line="240" w:lineRule="auto"/>
              <w:rPr>
                <w:sz w:val="22"/>
              </w:rPr>
            </w:pPr>
            <w:r w:rsidRPr="00287A75">
              <w:rPr>
                <w:sz w:val="22"/>
              </w:rPr>
              <w:t>☐ Site governance requirements apply</w:t>
            </w:r>
          </w:p>
        </w:tc>
      </w:tr>
      <w:tr w:rsidR="00326731" w:rsidRPr="009A7D23" w14:paraId="40181DA3" w14:textId="77777777">
        <w:trPr>
          <w:jc w:val="center"/>
        </w:trPr>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4BB16012" w14:textId="77777777" w:rsidR="00326731" w:rsidRPr="009A7D23" w:rsidRDefault="00D61927">
            <w:pPr>
              <w:spacing w:after="0" w:line="240" w:lineRule="auto"/>
              <w:rPr>
                <w:sz w:val="20"/>
                <w:szCs w:val="20"/>
              </w:rPr>
            </w:pPr>
            <w:r w:rsidRPr="009A7D23">
              <w:rPr>
                <w:sz w:val="20"/>
                <w:szCs w:val="20"/>
              </w:rPr>
              <w:t>☐ Confidential or identifiable data accessed</w:t>
            </w:r>
          </w:p>
        </w:tc>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6EBF687B" w14:textId="77777777" w:rsidR="00326731" w:rsidRPr="009A7D23" w:rsidRDefault="00D61927">
            <w:pPr>
              <w:spacing w:after="0" w:line="240" w:lineRule="auto"/>
              <w:rPr>
                <w:sz w:val="20"/>
                <w:szCs w:val="20"/>
              </w:rPr>
            </w:pPr>
            <w:r w:rsidRPr="009A7D23">
              <w:rPr>
                <w:sz w:val="20"/>
                <w:szCs w:val="20"/>
              </w:rPr>
              <w:t>☐ Training required before commencement</w:t>
            </w:r>
          </w:p>
        </w:tc>
      </w:tr>
      <w:tr w:rsidR="00326731" w:rsidRPr="009A7D23" w14:paraId="67B7E5A1" w14:textId="77777777">
        <w:trPr>
          <w:jc w:val="center"/>
        </w:trPr>
        <w:tc>
          <w:tcPr>
            <w:tcW w:w="5184"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7835BFDE" w14:textId="77777777" w:rsidR="00326731" w:rsidRPr="009A7D23" w:rsidRDefault="00D61927">
            <w:pPr>
              <w:spacing w:after="0" w:line="240" w:lineRule="auto"/>
              <w:rPr>
                <w:sz w:val="20"/>
                <w:szCs w:val="20"/>
              </w:rPr>
            </w:pPr>
            <w:r w:rsidRPr="009A7D23">
              <w:rPr>
                <w:sz w:val="20"/>
                <w:szCs w:val="20"/>
              </w:rPr>
              <w:t>☐ Data storage or access requirements confirmed</w:t>
            </w:r>
          </w:p>
        </w:tc>
        <w:tc>
          <w:tcPr>
            <w:tcW w:w="5184"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410E96B1" w14:textId="77777777" w:rsidR="00326731" w:rsidRPr="009A7D23" w:rsidRDefault="00D61927">
            <w:pPr>
              <w:spacing w:after="0" w:line="240" w:lineRule="auto"/>
              <w:rPr>
                <w:sz w:val="20"/>
                <w:szCs w:val="20"/>
              </w:rPr>
            </w:pPr>
            <w:r w:rsidRPr="009A7D23">
              <w:rPr>
                <w:sz w:val="20"/>
                <w:szCs w:val="20"/>
              </w:rPr>
              <w:t>☐ Authorship, acknowledgement or publication discussed</w:t>
            </w:r>
          </w:p>
        </w:tc>
      </w:tr>
      <w:tr w:rsidR="00326731" w:rsidRPr="009A7D23" w14:paraId="13CC0695" w14:textId="77777777">
        <w:trPr>
          <w:jc w:val="center"/>
        </w:trPr>
        <w:tc>
          <w:tcPr>
            <w:tcW w:w="144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4FCE3903" w14:textId="77777777" w:rsidR="00326731" w:rsidRPr="009A7D23" w:rsidRDefault="00D61927">
            <w:pPr>
              <w:spacing w:after="0" w:line="240" w:lineRule="auto"/>
              <w:rPr>
                <w:b/>
                <w:color w:val="003366"/>
                <w:sz w:val="20"/>
                <w:szCs w:val="20"/>
              </w:rPr>
            </w:pPr>
            <w:r w:rsidRPr="009A7D23">
              <w:rPr>
                <w:b/>
                <w:color w:val="003366"/>
                <w:sz w:val="20"/>
                <w:szCs w:val="20"/>
              </w:rPr>
              <w:t>Notes</w:t>
            </w:r>
          </w:p>
          <w:p w14:paraId="14F14FD2" w14:textId="77777777" w:rsidR="00287A75" w:rsidRPr="009A7D23" w:rsidRDefault="00287A75">
            <w:pPr>
              <w:spacing w:after="0" w:line="240" w:lineRule="auto"/>
              <w:rPr>
                <w:sz w:val="20"/>
                <w:szCs w:val="20"/>
              </w:rPr>
            </w:pPr>
          </w:p>
        </w:tc>
        <w:tc>
          <w:tcPr>
            <w:tcW w:w="921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27E08322" w14:textId="77777777" w:rsidR="00326731" w:rsidRPr="009A7D23" w:rsidRDefault="00326731">
            <w:pPr>
              <w:spacing w:after="0" w:line="240" w:lineRule="auto"/>
              <w:rPr>
                <w:sz w:val="20"/>
                <w:szCs w:val="20"/>
              </w:rPr>
            </w:pPr>
          </w:p>
          <w:p w14:paraId="66E4D595" w14:textId="77777777" w:rsidR="00B44571" w:rsidRPr="009A7D23" w:rsidRDefault="00B44571">
            <w:pPr>
              <w:spacing w:after="0" w:line="240" w:lineRule="auto"/>
              <w:rPr>
                <w:sz w:val="20"/>
                <w:szCs w:val="20"/>
              </w:rPr>
            </w:pPr>
          </w:p>
          <w:p w14:paraId="5ABDD646" w14:textId="77777777" w:rsidR="00B44571" w:rsidRPr="009A7D23" w:rsidRDefault="00B44571">
            <w:pPr>
              <w:spacing w:after="0" w:line="240" w:lineRule="auto"/>
              <w:rPr>
                <w:sz w:val="20"/>
                <w:szCs w:val="20"/>
              </w:rPr>
            </w:pPr>
          </w:p>
          <w:p w14:paraId="7CD9A374" w14:textId="77777777" w:rsidR="00B44571" w:rsidRPr="009A7D23" w:rsidRDefault="00B44571">
            <w:pPr>
              <w:spacing w:after="0" w:line="240" w:lineRule="auto"/>
              <w:rPr>
                <w:sz w:val="20"/>
                <w:szCs w:val="20"/>
              </w:rPr>
            </w:pPr>
          </w:p>
          <w:p w14:paraId="4A014A0B" w14:textId="77777777" w:rsidR="00B44571" w:rsidRPr="009A7D23" w:rsidRDefault="00B44571">
            <w:pPr>
              <w:spacing w:after="0" w:line="240" w:lineRule="auto"/>
              <w:rPr>
                <w:sz w:val="20"/>
                <w:szCs w:val="20"/>
              </w:rPr>
            </w:pPr>
          </w:p>
          <w:p w14:paraId="58E21814" w14:textId="77777777" w:rsidR="00B44571" w:rsidRPr="009A7D23" w:rsidRDefault="00B44571">
            <w:pPr>
              <w:spacing w:after="0" w:line="240" w:lineRule="auto"/>
              <w:rPr>
                <w:sz w:val="20"/>
                <w:szCs w:val="20"/>
              </w:rPr>
            </w:pPr>
          </w:p>
          <w:p w14:paraId="088FE836" w14:textId="77777777" w:rsidR="00B44571" w:rsidRPr="009A7D23" w:rsidRDefault="00B44571">
            <w:pPr>
              <w:spacing w:after="0" w:line="240" w:lineRule="auto"/>
              <w:rPr>
                <w:sz w:val="20"/>
                <w:szCs w:val="20"/>
              </w:rPr>
            </w:pPr>
          </w:p>
        </w:tc>
      </w:tr>
    </w:tbl>
    <w:p w14:paraId="152546FE" w14:textId="77777777" w:rsidR="00326731" w:rsidRPr="00D17FA8" w:rsidRDefault="00D61927" w:rsidP="00D17FA8">
      <w:pPr>
        <w:pStyle w:val="Heading1"/>
        <w:spacing w:before="80" w:after="120"/>
        <w:rPr>
          <w:rFonts w:ascii="Aptos Display" w:hAnsi="Aptos Display"/>
          <w:color w:val="003366"/>
          <w:sz w:val="22"/>
          <w:szCs w:val="22"/>
        </w:rPr>
      </w:pPr>
      <w:r w:rsidRPr="00D17FA8">
        <w:rPr>
          <w:rFonts w:ascii="Aptos Display" w:hAnsi="Aptos Display"/>
          <w:color w:val="003366"/>
          <w:sz w:val="22"/>
          <w:szCs w:val="22"/>
        </w:rPr>
        <w:t>8. Expected Outputs or End-Point Activities</w:t>
      </w:r>
    </w:p>
    <w:tbl>
      <w:tblPr>
        <w:tblW w:w="0" w:type="auto"/>
        <w:jc w:val="center"/>
        <w:tblLook w:val="04A0" w:firstRow="1" w:lastRow="0" w:firstColumn="1" w:lastColumn="0" w:noHBand="0" w:noVBand="1"/>
      </w:tblPr>
      <w:tblGrid>
        <w:gridCol w:w="5155"/>
        <w:gridCol w:w="5160"/>
      </w:tblGrid>
      <w:tr w:rsidR="00326731" w:rsidRPr="009A7D23" w14:paraId="41B20EAB" w14:textId="77777777">
        <w:trPr>
          <w:jc w:val="center"/>
        </w:trPr>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52212EFA" w14:textId="77777777" w:rsidR="00326731" w:rsidRPr="009A7D23" w:rsidRDefault="00D61927">
            <w:pPr>
              <w:spacing w:after="0" w:line="240" w:lineRule="auto"/>
              <w:rPr>
                <w:sz w:val="20"/>
                <w:szCs w:val="20"/>
              </w:rPr>
            </w:pPr>
            <w:r w:rsidRPr="009A7D23">
              <w:rPr>
                <w:sz w:val="20"/>
                <w:szCs w:val="20"/>
              </w:rPr>
              <w:t>☐ Short written summary</w:t>
            </w:r>
          </w:p>
        </w:tc>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5E140935" w14:textId="77777777" w:rsidR="00326731" w:rsidRPr="009A7D23" w:rsidRDefault="00D61927">
            <w:pPr>
              <w:spacing w:after="0" w:line="240" w:lineRule="auto"/>
              <w:rPr>
                <w:sz w:val="20"/>
                <w:szCs w:val="20"/>
              </w:rPr>
            </w:pPr>
            <w:r w:rsidRPr="009A7D23">
              <w:rPr>
                <w:sz w:val="20"/>
                <w:szCs w:val="20"/>
              </w:rPr>
              <w:t>☐ Literature summary</w:t>
            </w:r>
          </w:p>
        </w:tc>
      </w:tr>
      <w:tr w:rsidR="00326731" w:rsidRPr="009A7D23" w14:paraId="60585837" w14:textId="77777777">
        <w:trPr>
          <w:jc w:val="center"/>
        </w:trPr>
        <w:tc>
          <w:tcPr>
            <w:tcW w:w="5184"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66E99CD9" w14:textId="77777777" w:rsidR="00326731" w:rsidRPr="009A7D23" w:rsidRDefault="00D61927">
            <w:pPr>
              <w:spacing w:after="0" w:line="240" w:lineRule="auto"/>
              <w:rPr>
                <w:sz w:val="20"/>
                <w:szCs w:val="20"/>
              </w:rPr>
            </w:pPr>
            <w:r w:rsidRPr="009A7D23">
              <w:rPr>
                <w:sz w:val="20"/>
                <w:szCs w:val="20"/>
              </w:rPr>
              <w:t>☐ Data summary or analysis</w:t>
            </w:r>
          </w:p>
        </w:tc>
        <w:tc>
          <w:tcPr>
            <w:tcW w:w="5184"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2B330BCC" w14:textId="77777777" w:rsidR="00326731" w:rsidRPr="009A7D23" w:rsidRDefault="00D61927">
            <w:pPr>
              <w:spacing w:after="0" w:line="240" w:lineRule="auto"/>
              <w:rPr>
                <w:sz w:val="20"/>
                <w:szCs w:val="20"/>
              </w:rPr>
            </w:pPr>
            <w:r w:rsidRPr="009A7D23">
              <w:rPr>
                <w:sz w:val="20"/>
                <w:szCs w:val="20"/>
              </w:rPr>
              <w:t>☐ Draft abstract</w:t>
            </w:r>
          </w:p>
        </w:tc>
      </w:tr>
      <w:tr w:rsidR="00326731" w:rsidRPr="009A7D23" w14:paraId="1D37D7A8" w14:textId="77777777">
        <w:trPr>
          <w:jc w:val="center"/>
        </w:trPr>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383D1E48" w14:textId="77777777" w:rsidR="00326731" w:rsidRPr="009A7D23" w:rsidRDefault="00D61927">
            <w:pPr>
              <w:spacing w:after="0" w:line="240" w:lineRule="auto"/>
              <w:rPr>
                <w:sz w:val="20"/>
                <w:szCs w:val="20"/>
              </w:rPr>
            </w:pPr>
            <w:r w:rsidRPr="009A7D23">
              <w:rPr>
                <w:sz w:val="20"/>
                <w:szCs w:val="20"/>
              </w:rPr>
              <w:t>☐ Poster or presentation</w:t>
            </w:r>
          </w:p>
        </w:tc>
        <w:tc>
          <w:tcPr>
            <w:tcW w:w="5184"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1BBF8401" w14:textId="77777777" w:rsidR="00326731" w:rsidRPr="009A7D23" w:rsidRDefault="00D61927">
            <w:pPr>
              <w:spacing w:after="0" w:line="240" w:lineRule="auto"/>
              <w:rPr>
                <w:sz w:val="20"/>
                <w:szCs w:val="20"/>
              </w:rPr>
            </w:pPr>
            <w:r w:rsidRPr="009A7D23">
              <w:rPr>
                <w:sz w:val="20"/>
                <w:szCs w:val="20"/>
              </w:rPr>
              <w:t>☐ Contribution to manuscript or report</w:t>
            </w:r>
          </w:p>
        </w:tc>
      </w:tr>
      <w:tr w:rsidR="00326731" w:rsidRPr="009A7D23" w14:paraId="6D56435D" w14:textId="77777777">
        <w:trPr>
          <w:jc w:val="center"/>
        </w:trPr>
        <w:tc>
          <w:tcPr>
            <w:tcW w:w="5184"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025911D7" w14:textId="77777777" w:rsidR="00326731" w:rsidRPr="009A7D23" w:rsidRDefault="00D61927">
            <w:pPr>
              <w:spacing w:after="0" w:line="240" w:lineRule="auto"/>
              <w:rPr>
                <w:sz w:val="20"/>
                <w:szCs w:val="20"/>
              </w:rPr>
            </w:pPr>
            <w:r w:rsidRPr="009A7D23">
              <w:rPr>
                <w:sz w:val="20"/>
                <w:szCs w:val="20"/>
              </w:rPr>
              <w:t>☐ Reflection on research skills gained</w:t>
            </w:r>
          </w:p>
        </w:tc>
        <w:tc>
          <w:tcPr>
            <w:tcW w:w="5184"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2E0E155C" w14:textId="77777777" w:rsidR="00326731" w:rsidRPr="009A7D23" w:rsidRDefault="00D61927">
            <w:pPr>
              <w:spacing w:after="0" w:line="240" w:lineRule="auto"/>
              <w:rPr>
                <w:sz w:val="20"/>
                <w:szCs w:val="20"/>
              </w:rPr>
            </w:pPr>
            <w:r w:rsidRPr="009A7D23">
              <w:rPr>
                <w:sz w:val="20"/>
                <w:szCs w:val="20"/>
              </w:rPr>
              <w:t>☐ Other: ____________________</w:t>
            </w:r>
          </w:p>
        </w:tc>
      </w:tr>
    </w:tbl>
    <w:p w14:paraId="21632892" w14:textId="77777777" w:rsidR="00326731" w:rsidRPr="00D17FA8" w:rsidRDefault="00D61927">
      <w:pPr>
        <w:pStyle w:val="Heading1"/>
        <w:spacing w:before="80" w:after="40"/>
        <w:rPr>
          <w:rFonts w:ascii="Aptos Display" w:hAnsi="Aptos Display"/>
          <w:color w:val="003366"/>
          <w:sz w:val="22"/>
          <w:szCs w:val="22"/>
        </w:rPr>
      </w:pPr>
      <w:r w:rsidRPr="00D17FA8">
        <w:rPr>
          <w:rFonts w:ascii="Aptos Display" w:hAnsi="Aptos Display"/>
          <w:color w:val="003366"/>
          <w:sz w:val="22"/>
          <w:szCs w:val="22"/>
        </w:rPr>
        <w:t>9. Agreed Next Steps and Final Confirmation</w:t>
      </w:r>
    </w:p>
    <w:tbl>
      <w:tblPr>
        <w:tblW w:w="0" w:type="auto"/>
        <w:jc w:val="center"/>
        <w:tblLook w:val="04A0" w:firstRow="1" w:lastRow="0" w:firstColumn="1" w:lastColumn="0" w:noHBand="0" w:noVBand="1"/>
      </w:tblPr>
      <w:tblGrid>
        <w:gridCol w:w="6116"/>
        <w:gridCol w:w="2098"/>
        <w:gridCol w:w="2101"/>
      </w:tblGrid>
      <w:tr w:rsidR="00326731" w:rsidRPr="009A7D23" w14:paraId="6A47CEA3" w14:textId="77777777">
        <w:trPr>
          <w:jc w:val="center"/>
        </w:trPr>
        <w:tc>
          <w:tcPr>
            <w:tcW w:w="6336" w:type="dxa"/>
            <w:tcBorders>
              <w:top w:val="single" w:sz="4" w:space="0" w:color="BFBFBF"/>
              <w:left w:val="single" w:sz="4" w:space="0" w:color="BFBFBF"/>
              <w:bottom w:val="single" w:sz="4" w:space="0" w:color="BFBFBF"/>
              <w:right w:val="single" w:sz="4" w:space="0" w:color="BFBFBF"/>
            </w:tcBorders>
            <w:shd w:val="clear" w:color="auto" w:fill="003366"/>
            <w:tcMar>
              <w:top w:w="70" w:type="dxa"/>
              <w:left w:w="90" w:type="dxa"/>
              <w:bottom w:w="70" w:type="dxa"/>
              <w:right w:w="90" w:type="dxa"/>
            </w:tcMar>
            <w:vAlign w:val="center"/>
          </w:tcPr>
          <w:p w14:paraId="74181E29" w14:textId="77777777" w:rsidR="00326731" w:rsidRPr="009A7D23" w:rsidRDefault="00D61927">
            <w:pPr>
              <w:spacing w:after="0" w:line="240" w:lineRule="auto"/>
              <w:jc w:val="center"/>
              <w:rPr>
                <w:sz w:val="20"/>
                <w:szCs w:val="20"/>
              </w:rPr>
            </w:pPr>
            <w:r w:rsidRPr="009A7D23">
              <w:rPr>
                <w:b/>
                <w:color w:val="FFFFFF"/>
                <w:sz w:val="20"/>
                <w:szCs w:val="20"/>
              </w:rPr>
              <w:t>Action</w:t>
            </w:r>
          </w:p>
        </w:tc>
        <w:tc>
          <w:tcPr>
            <w:tcW w:w="2160" w:type="dxa"/>
            <w:tcBorders>
              <w:top w:val="single" w:sz="4" w:space="0" w:color="BFBFBF"/>
              <w:left w:val="single" w:sz="4" w:space="0" w:color="BFBFBF"/>
              <w:bottom w:val="single" w:sz="4" w:space="0" w:color="BFBFBF"/>
              <w:right w:val="single" w:sz="4" w:space="0" w:color="BFBFBF"/>
            </w:tcBorders>
            <w:shd w:val="clear" w:color="auto" w:fill="003366"/>
            <w:tcMar>
              <w:top w:w="70" w:type="dxa"/>
              <w:left w:w="90" w:type="dxa"/>
              <w:bottom w:w="70" w:type="dxa"/>
              <w:right w:w="90" w:type="dxa"/>
            </w:tcMar>
            <w:vAlign w:val="center"/>
          </w:tcPr>
          <w:p w14:paraId="5C4A02C7" w14:textId="77777777" w:rsidR="00326731" w:rsidRPr="009A7D23" w:rsidRDefault="00D61927">
            <w:pPr>
              <w:spacing w:after="0" w:line="240" w:lineRule="auto"/>
              <w:jc w:val="center"/>
              <w:rPr>
                <w:sz w:val="20"/>
                <w:szCs w:val="20"/>
              </w:rPr>
            </w:pPr>
            <w:r w:rsidRPr="009A7D23">
              <w:rPr>
                <w:b/>
                <w:color w:val="FFFFFF"/>
                <w:sz w:val="20"/>
                <w:szCs w:val="20"/>
              </w:rPr>
              <w:t>Who</w:t>
            </w:r>
          </w:p>
        </w:tc>
        <w:tc>
          <w:tcPr>
            <w:tcW w:w="2160" w:type="dxa"/>
            <w:tcBorders>
              <w:top w:val="single" w:sz="4" w:space="0" w:color="BFBFBF"/>
              <w:left w:val="single" w:sz="4" w:space="0" w:color="BFBFBF"/>
              <w:bottom w:val="single" w:sz="4" w:space="0" w:color="BFBFBF"/>
              <w:right w:val="single" w:sz="4" w:space="0" w:color="BFBFBF"/>
            </w:tcBorders>
            <w:shd w:val="clear" w:color="auto" w:fill="003366"/>
            <w:tcMar>
              <w:top w:w="70" w:type="dxa"/>
              <w:left w:w="90" w:type="dxa"/>
              <w:bottom w:w="70" w:type="dxa"/>
              <w:right w:w="90" w:type="dxa"/>
            </w:tcMar>
            <w:vAlign w:val="center"/>
          </w:tcPr>
          <w:p w14:paraId="1E597E1D" w14:textId="77777777" w:rsidR="00326731" w:rsidRPr="009A7D23" w:rsidRDefault="00D61927">
            <w:pPr>
              <w:spacing w:after="0" w:line="240" w:lineRule="auto"/>
              <w:jc w:val="center"/>
              <w:rPr>
                <w:sz w:val="20"/>
                <w:szCs w:val="20"/>
              </w:rPr>
            </w:pPr>
            <w:r w:rsidRPr="009A7D23">
              <w:rPr>
                <w:b/>
                <w:color w:val="FFFFFF"/>
                <w:sz w:val="20"/>
                <w:szCs w:val="20"/>
              </w:rPr>
              <w:t>By when</w:t>
            </w:r>
          </w:p>
        </w:tc>
      </w:tr>
      <w:tr w:rsidR="00326731" w:rsidRPr="009A7D23" w14:paraId="2A101C8B" w14:textId="77777777">
        <w:trPr>
          <w:jc w:val="center"/>
        </w:trPr>
        <w:tc>
          <w:tcPr>
            <w:tcW w:w="6336"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6AFCFFAC" w14:textId="77777777" w:rsidR="00326731" w:rsidRPr="009A7D23" w:rsidRDefault="00326731">
            <w:pPr>
              <w:spacing w:after="0" w:line="240" w:lineRule="auto"/>
              <w:rPr>
                <w:sz w:val="20"/>
                <w:szCs w:val="20"/>
              </w:rPr>
            </w:pPr>
          </w:p>
          <w:p w14:paraId="4046BC30" w14:textId="77777777" w:rsidR="00B44571" w:rsidRPr="009A7D23" w:rsidRDefault="00B44571">
            <w:pPr>
              <w:spacing w:after="0" w:line="240" w:lineRule="auto"/>
              <w:rPr>
                <w:sz w:val="20"/>
                <w:szCs w:val="20"/>
              </w:rPr>
            </w:pPr>
          </w:p>
          <w:p w14:paraId="5FCF3494" w14:textId="77777777" w:rsidR="00B44571" w:rsidRPr="009A7D23" w:rsidRDefault="00B44571">
            <w:pPr>
              <w:spacing w:after="0" w:line="240" w:lineRule="auto"/>
              <w:rPr>
                <w:sz w:val="20"/>
                <w:szCs w:val="20"/>
              </w:rPr>
            </w:pPr>
          </w:p>
        </w:tc>
        <w:tc>
          <w:tcPr>
            <w:tcW w:w="2160"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2B210B27" w14:textId="77777777" w:rsidR="00326731" w:rsidRPr="009A7D23" w:rsidRDefault="00326731">
            <w:pPr>
              <w:spacing w:after="0" w:line="240" w:lineRule="auto"/>
              <w:rPr>
                <w:sz w:val="20"/>
                <w:szCs w:val="20"/>
              </w:rPr>
            </w:pPr>
          </w:p>
        </w:tc>
        <w:tc>
          <w:tcPr>
            <w:tcW w:w="2160"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2DB59489" w14:textId="77777777" w:rsidR="00326731" w:rsidRPr="009A7D23" w:rsidRDefault="00326731">
            <w:pPr>
              <w:spacing w:after="0" w:line="240" w:lineRule="auto"/>
              <w:rPr>
                <w:sz w:val="20"/>
                <w:szCs w:val="20"/>
              </w:rPr>
            </w:pPr>
          </w:p>
        </w:tc>
      </w:tr>
      <w:tr w:rsidR="00326731" w:rsidRPr="009A7D23" w14:paraId="761EFB68" w14:textId="77777777">
        <w:trPr>
          <w:jc w:val="center"/>
        </w:trPr>
        <w:tc>
          <w:tcPr>
            <w:tcW w:w="633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61315B20" w14:textId="77777777" w:rsidR="00326731" w:rsidRPr="009A7D23" w:rsidRDefault="00326731">
            <w:pPr>
              <w:spacing w:after="0" w:line="240" w:lineRule="auto"/>
              <w:rPr>
                <w:sz w:val="20"/>
                <w:szCs w:val="20"/>
              </w:rPr>
            </w:pPr>
          </w:p>
          <w:p w14:paraId="357BF951" w14:textId="77777777" w:rsidR="00B44571" w:rsidRPr="009A7D23" w:rsidRDefault="00B44571">
            <w:pPr>
              <w:spacing w:after="0" w:line="240" w:lineRule="auto"/>
              <w:rPr>
                <w:sz w:val="20"/>
                <w:szCs w:val="20"/>
              </w:rPr>
            </w:pPr>
          </w:p>
          <w:p w14:paraId="4723D2FE" w14:textId="77777777" w:rsidR="00B44571" w:rsidRPr="009A7D23" w:rsidRDefault="00B44571">
            <w:pPr>
              <w:spacing w:after="0" w:line="240" w:lineRule="auto"/>
              <w:rPr>
                <w:sz w:val="20"/>
                <w:szCs w:val="20"/>
              </w:rPr>
            </w:pPr>
          </w:p>
        </w:tc>
        <w:tc>
          <w:tcPr>
            <w:tcW w:w="216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44623397" w14:textId="77777777" w:rsidR="00326731" w:rsidRPr="009A7D23" w:rsidRDefault="00326731">
            <w:pPr>
              <w:spacing w:after="0" w:line="240" w:lineRule="auto"/>
              <w:rPr>
                <w:sz w:val="20"/>
                <w:szCs w:val="20"/>
              </w:rPr>
            </w:pPr>
          </w:p>
        </w:tc>
        <w:tc>
          <w:tcPr>
            <w:tcW w:w="216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0661EF1E" w14:textId="77777777" w:rsidR="00326731" w:rsidRPr="009A7D23" w:rsidRDefault="00326731">
            <w:pPr>
              <w:spacing w:after="0" w:line="240" w:lineRule="auto"/>
              <w:rPr>
                <w:sz w:val="20"/>
                <w:szCs w:val="20"/>
              </w:rPr>
            </w:pPr>
          </w:p>
        </w:tc>
      </w:tr>
      <w:tr w:rsidR="00326731" w:rsidRPr="009A7D23" w14:paraId="6387D7E3" w14:textId="77777777">
        <w:trPr>
          <w:jc w:val="center"/>
        </w:trPr>
        <w:tc>
          <w:tcPr>
            <w:tcW w:w="6336"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7152557F" w14:textId="77777777" w:rsidR="00326731" w:rsidRPr="009A7D23" w:rsidRDefault="00326731">
            <w:pPr>
              <w:spacing w:after="0" w:line="240" w:lineRule="auto"/>
              <w:rPr>
                <w:sz w:val="20"/>
                <w:szCs w:val="20"/>
              </w:rPr>
            </w:pPr>
          </w:p>
          <w:p w14:paraId="652CF686" w14:textId="77777777" w:rsidR="00B44571" w:rsidRPr="009A7D23" w:rsidRDefault="00B44571">
            <w:pPr>
              <w:spacing w:after="0" w:line="240" w:lineRule="auto"/>
              <w:rPr>
                <w:sz w:val="20"/>
                <w:szCs w:val="20"/>
              </w:rPr>
            </w:pPr>
          </w:p>
          <w:p w14:paraId="1D9FB6C0" w14:textId="77777777" w:rsidR="00B44571" w:rsidRPr="009A7D23" w:rsidRDefault="00B44571">
            <w:pPr>
              <w:spacing w:after="0" w:line="240" w:lineRule="auto"/>
              <w:rPr>
                <w:sz w:val="20"/>
                <w:szCs w:val="20"/>
              </w:rPr>
            </w:pPr>
          </w:p>
        </w:tc>
        <w:tc>
          <w:tcPr>
            <w:tcW w:w="2160"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1332A1DE" w14:textId="77777777" w:rsidR="00326731" w:rsidRPr="009A7D23" w:rsidRDefault="00326731">
            <w:pPr>
              <w:spacing w:after="0" w:line="240" w:lineRule="auto"/>
              <w:rPr>
                <w:sz w:val="20"/>
                <w:szCs w:val="20"/>
              </w:rPr>
            </w:pPr>
          </w:p>
        </w:tc>
        <w:tc>
          <w:tcPr>
            <w:tcW w:w="2160"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18788B61" w14:textId="77777777" w:rsidR="00326731" w:rsidRPr="009A7D23" w:rsidRDefault="00326731">
            <w:pPr>
              <w:spacing w:after="0" w:line="240" w:lineRule="auto"/>
              <w:rPr>
                <w:sz w:val="20"/>
                <w:szCs w:val="20"/>
              </w:rPr>
            </w:pPr>
          </w:p>
        </w:tc>
      </w:tr>
      <w:tr w:rsidR="00326731" w:rsidRPr="009A7D23" w14:paraId="354A62B7" w14:textId="77777777">
        <w:trPr>
          <w:jc w:val="center"/>
        </w:trPr>
        <w:tc>
          <w:tcPr>
            <w:tcW w:w="633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0561DB7A" w14:textId="77777777" w:rsidR="00326731" w:rsidRPr="009A7D23" w:rsidRDefault="00326731">
            <w:pPr>
              <w:spacing w:after="0" w:line="240" w:lineRule="auto"/>
              <w:rPr>
                <w:sz w:val="20"/>
                <w:szCs w:val="20"/>
              </w:rPr>
            </w:pPr>
          </w:p>
          <w:p w14:paraId="69A8E302" w14:textId="77777777" w:rsidR="00B44571" w:rsidRPr="009A7D23" w:rsidRDefault="00B44571">
            <w:pPr>
              <w:spacing w:after="0" w:line="240" w:lineRule="auto"/>
              <w:rPr>
                <w:sz w:val="20"/>
                <w:szCs w:val="20"/>
              </w:rPr>
            </w:pPr>
          </w:p>
          <w:p w14:paraId="6D71FC86" w14:textId="77777777" w:rsidR="00B44571" w:rsidRPr="009A7D23" w:rsidRDefault="00B44571">
            <w:pPr>
              <w:spacing w:after="0" w:line="240" w:lineRule="auto"/>
              <w:rPr>
                <w:sz w:val="20"/>
                <w:szCs w:val="20"/>
              </w:rPr>
            </w:pPr>
          </w:p>
        </w:tc>
        <w:tc>
          <w:tcPr>
            <w:tcW w:w="216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48F19172" w14:textId="77777777" w:rsidR="00326731" w:rsidRPr="009A7D23" w:rsidRDefault="00326731">
            <w:pPr>
              <w:spacing w:after="0" w:line="240" w:lineRule="auto"/>
              <w:rPr>
                <w:sz w:val="20"/>
                <w:szCs w:val="20"/>
              </w:rPr>
            </w:pPr>
          </w:p>
        </w:tc>
        <w:tc>
          <w:tcPr>
            <w:tcW w:w="216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7665AA7D" w14:textId="77777777" w:rsidR="00326731" w:rsidRPr="009A7D23" w:rsidRDefault="00326731">
            <w:pPr>
              <w:spacing w:after="0" w:line="240" w:lineRule="auto"/>
              <w:rPr>
                <w:sz w:val="20"/>
                <w:szCs w:val="20"/>
              </w:rPr>
            </w:pPr>
          </w:p>
        </w:tc>
      </w:tr>
    </w:tbl>
    <w:p w14:paraId="664583C2" w14:textId="77777777" w:rsidR="00B44571" w:rsidRPr="009A7D23" w:rsidRDefault="00B44571">
      <w:pPr>
        <w:spacing w:before="40"/>
        <w:rPr>
          <w:sz w:val="20"/>
          <w:szCs w:val="20"/>
        </w:rPr>
      </w:pPr>
    </w:p>
    <w:p w14:paraId="01B9D024" w14:textId="0F19A7C2" w:rsidR="00326731" w:rsidRPr="009A7D23" w:rsidRDefault="00D61927">
      <w:pPr>
        <w:spacing w:before="40"/>
        <w:rPr>
          <w:sz w:val="20"/>
          <w:szCs w:val="20"/>
        </w:rPr>
      </w:pPr>
      <w:r w:rsidRPr="009A7D23">
        <w:rPr>
          <w:sz w:val="20"/>
          <w:szCs w:val="20"/>
        </w:rPr>
        <w:t>By signing below, the student and supervisor confirm that they have discussed the project expectations, timeframe, communication arrangements and relevant project requirements.</w:t>
      </w:r>
    </w:p>
    <w:tbl>
      <w:tblPr>
        <w:tblW w:w="0" w:type="auto"/>
        <w:jc w:val="center"/>
        <w:tblLook w:val="04A0" w:firstRow="1" w:lastRow="0" w:firstColumn="1" w:lastColumn="0" w:noHBand="0" w:noVBand="1"/>
      </w:tblPr>
      <w:tblGrid>
        <w:gridCol w:w="3492"/>
        <w:gridCol w:w="4179"/>
        <w:gridCol w:w="2644"/>
      </w:tblGrid>
      <w:tr w:rsidR="00326731" w:rsidRPr="009A7D23" w14:paraId="2152303D" w14:textId="77777777">
        <w:trPr>
          <w:jc w:val="center"/>
        </w:trPr>
        <w:tc>
          <w:tcPr>
            <w:tcW w:w="3600" w:type="dxa"/>
            <w:tcBorders>
              <w:top w:val="single" w:sz="4" w:space="0" w:color="BFBFBF"/>
              <w:left w:val="single" w:sz="4" w:space="0" w:color="BFBFBF"/>
              <w:bottom w:val="single" w:sz="4" w:space="0" w:color="BFBFBF"/>
              <w:right w:val="single" w:sz="4" w:space="0" w:color="BFBFBF"/>
            </w:tcBorders>
            <w:shd w:val="clear" w:color="auto" w:fill="003366"/>
            <w:tcMar>
              <w:top w:w="70" w:type="dxa"/>
              <w:left w:w="90" w:type="dxa"/>
              <w:bottom w:w="70" w:type="dxa"/>
              <w:right w:w="90" w:type="dxa"/>
            </w:tcMar>
            <w:vAlign w:val="center"/>
          </w:tcPr>
          <w:p w14:paraId="50729765" w14:textId="77777777" w:rsidR="00326731" w:rsidRPr="009A7D23" w:rsidRDefault="00D61927">
            <w:pPr>
              <w:spacing w:after="0" w:line="240" w:lineRule="auto"/>
              <w:jc w:val="center"/>
              <w:rPr>
                <w:sz w:val="20"/>
                <w:szCs w:val="20"/>
              </w:rPr>
            </w:pPr>
            <w:r w:rsidRPr="009A7D23">
              <w:rPr>
                <w:b/>
                <w:color w:val="FFFFFF"/>
                <w:sz w:val="20"/>
                <w:szCs w:val="20"/>
              </w:rPr>
              <w:t>Name</w:t>
            </w:r>
          </w:p>
        </w:tc>
        <w:tc>
          <w:tcPr>
            <w:tcW w:w="4320" w:type="dxa"/>
            <w:tcBorders>
              <w:top w:val="single" w:sz="4" w:space="0" w:color="BFBFBF"/>
              <w:left w:val="single" w:sz="4" w:space="0" w:color="BFBFBF"/>
              <w:bottom w:val="single" w:sz="4" w:space="0" w:color="BFBFBF"/>
              <w:right w:val="single" w:sz="4" w:space="0" w:color="BFBFBF"/>
            </w:tcBorders>
            <w:shd w:val="clear" w:color="auto" w:fill="003366"/>
            <w:tcMar>
              <w:top w:w="70" w:type="dxa"/>
              <w:left w:w="90" w:type="dxa"/>
              <w:bottom w:w="70" w:type="dxa"/>
              <w:right w:w="90" w:type="dxa"/>
            </w:tcMar>
            <w:vAlign w:val="center"/>
          </w:tcPr>
          <w:p w14:paraId="5726DEE0" w14:textId="77777777" w:rsidR="00326731" w:rsidRPr="009A7D23" w:rsidRDefault="00D61927">
            <w:pPr>
              <w:spacing w:after="0" w:line="240" w:lineRule="auto"/>
              <w:jc w:val="center"/>
              <w:rPr>
                <w:sz w:val="20"/>
                <w:szCs w:val="20"/>
              </w:rPr>
            </w:pPr>
            <w:r w:rsidRPr="009A7D23">
              <w:rPr>
                <w:b/>
                <w:color w:val="FFFFFF"/>
                <w:sz w:val="20"/>
                <w:szCs w:val="20"/>
              </w:rPr>
              <w:t>Signature</w:t>
            </w:r>
          </w:p>
        </w:tc>
        <w:tc>
          <w:tcPr>
            <w:tcW w:w="2736" w:type="dxa"/>
            <w:tcBorders>
              <w:top w:val="single" w:sz="4" w:space="0" w:color="BFBFBF"/>
              <w:left w:val="single" w:sz="4" w:space="0" w:color="BFBFBF"/>
              <w:bottom w:val="single" w:sz="4" w:space="0" w:color="BFBFBF"/>
              <w:right w:val="single" w:sz="4" w:space="0" w:color="BFBFBF"/>
            </w:tcBorders>
            <w:shd w:val="clear" w:color="auto" w:fill="003366"/>
            <w:tcMar>
              <w:top w:w="70" w:type="dxa"/>
              <w:left w:w="90" w:type="dxa"/>
              <w:bottom w:w="70" w:type="dxa"/>
              <w:right w:w="90" w:type="dxa"/>
            </w:tcMar>
            <w:vAlign w:val="center"/>
          </w:tcPr>
          <w:p w14:paraId="09411869" w14:textId="77777777" w:rsidR="00326731" w:rsidRPr="009A7D23" w:rsidRDefault="00D61927">
            <w:pPr>
              <w:spacing w:after="0" w:line="240" w:lineRule="auto"/>
              <w:jc w:val="center"/>
              <w:rPr>
                <w:sz w:val="20"/>
                <w:szCs w:val="20"/>
              </w:rPr>
            </w:pPr>
            <w:r w:rsidRPr="009A7D23">
              <w:rPr>
                <w:b/>
                <w:color w:val="FFFFFF"/>
                <w:sz w:val="20"/>
                <w:szCs w:val="20"/>
              </w:rPr>
              <w:t>Date</w:t>
            </w:r>
          </w:p>
        </w:tc>
      </w:tr>
      <w:tr w:rsidR="00326731" w:rsidRPr="009A7D23" w14:paraId="07F85FF2" w14:textId="77777777">
        <w:trPr>
          <w:jc w:val="center"/>
        </w:trPr>
        <w:tc>
          <w:tcPr>
            <w:tcW w:w="3600"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6911618F" w14:textId="77777777" w:rsidR="00326731" w:rsidRPr="009A7D23" w:rsidRDefault="00D61927">
            <w:pPr>
              <w:spacing w:after="0" w:line="240" w:lineRule="auto"/>
              <w:rPr>
                <w:sz w:val="20"/>
                <w:szCs w:val="20"/>
              </w:rPr>
            </w:pPr>
            <w:r w:rsidRPr="009A7D23">
              <w:rPr>
                <w:sz w:val="20"/>
                <w:szCs w:val="20"/>
              </w:rPr>
              <w:t>Student</w:t>
            </w:r>
          </w:p>
        </w:tc>
        <w:tc>
          <w:tcPr>
            <w:tcW w:w="4320"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5AD89D23" w14:textId="77777777" w:rsidR="00326731" w:rsidRPr="009A7D23" w:rsidRDefault="00326731">
            <w:pPr>
              <w:spacing w:after="0" w:line="240" w:lineRule="auto"/>
              <w:rPr>
                <w:sz w:val="20"/>
                <w:szCs w:val="20"/>
              </w:rPr>
            </w:pPr>
          </w:p>
        </w:tc>
        <w:tc>
          <w:tcPr>
            <w:tcW w:w="2736" w:type="dxa"/>
            <w:tcBorders>
              <w:top w:val="single" w:sz="4" w:space="0" w:color="BFBFBF"/>
              <w:left w:val="single" w:sz="4" w:space="0" w:color="BFBFBF"/>
              <w:bottom w:val="single" w:sz="4" w:space="0" w:color="BFBFBF"/>
              <w:right w:val="single" w:sz="4" w:space="0" w:color="BFBFBF"/>
            </w:tcBorders>
            <w:shd w:val="clear" w:color="auto" w:fill="F2F2F2"/>
            <w:tcMar>
              <w:top w:w="70" w:type="dxa"/>
              <w:left w:w="90" w:type="dxa"/>
              <w:bottom w:w="70" w:type="dxa"/>
              <w:right w:w="90" w:type="dxa"/>
            </w:tcMar>
            <w:vAlign w:val="center"/>
          </w:tcPr>
          <w:p w14:paraId="43114106" w14:textId="77777777" w:rsidR="00326731" w:rsidRPr="009A7D23" w:rsidRDefault="00326731">
            <w:pPr>
              <w:spacing w:after="0" w:line="240" w:lineRule="auto"/>
              <w:rPr>
                <w:sz w:val="20"/>
                <w:szCs w:val="20"/>
              </w:rPr>
            </w:pPr>
          </w:p>
        </w:tc>
      </w:tr>
      <w:tr w:rsidR="00326731" w:rsidRPr="009A7D23" w14:paraId="2D26122C" w14:textId="77777777">
        <w:trPr>
          <w:jc w:val="center"/>
        </w:trPr>
        <w:tc>
          <w:tcPr>
            <w:tcW w:w="360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5E857571" w14:textId="77777777" w:rsidR="00326731" w:rsidRPr="009A7D23" w:rsidRDefault="00D61927">
            <w:pPr>
              <w:spacing w:after="0" w:line="240" w:lineRule="auto"/>
              <w:rPr>
                <w:sz w:val="20"/>
                <w:szCs w:val="20"/>
              </w:rPr>
            </w:pPr>
            <w:r w:rsidRPr="009A7D23">
              <w:rPr>
                <w:sz w:val="20"/>
                <w:szCs w:val="20"/>
              </w:rPr>
              <w:t>Primary supervisor</w:t>
            </w:r>
          </w:p>
        </w:tc>
        <w:tc>
          <w:tcPr>
            <w:tcW w:w="4320"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40F76889" w14:textId="77777777" w:rsidR="00326731" w:rsidRPr="009A7D23" w:rsidRDefault="00326731">
            <w:pPr>
              <w:spacing w:after="0" w:line="240" w:lineRule="auto"/>
              <w:rPr>
                <w:sz w:val="20"/>
                <w:szCs w:val="20"/>
              </w:rPr>
            </w:pPr>
          </w:p>
        </w:tc>
        <w:tc>
          <w:tcPr>
            <w:tcW w:w="2736" w:type="dxa"/>
            <w:tcBorders>
              <w:top w:val="single" w:sz="4" w:space="0" w:color="BFBFBF"/>
              <w:left w:val="single" w:sz="4" w:space="0" w:color="BFBFBF"/>
              <w:bottom w:val="single" w:sz="4" w:space="0" w:color="BFBFBF"/>
              <w:right w:val="single" w:sz="4" w:space="0" w:color="BFBFBF"/>
            </w:tcBorders>
            <w:shd w:val="clear" w:color="auto" w:fill="FFFFFF"/>
            <w:tcMar>
              <w:top w:w="70" w:type="dxa"/>
              <w:left w:w="90" w:type="dxa"/>
              <w:bottom w:w="70" w:type="dxa"/>
              <w:right w:w="90" w:type="dxa"/>
            </w:tcMar>
            <w:vAlign w:val="center"/>
          </w:tcPr>
          <w:p w14:paraId="6E722C9A" w14:textId="77777777" w:rsidR="00326731" w:rsidRPr="009A7D23" w:rsidRDefault="00326731">
            <w:pPr>
              <w:spacing w:after="0" w:line="240" w:lineRule="auto"/>
              <w:rPr>
                <w:sz w:val="20"/>
                <w:szCs w:val="20"/>
              </w:rPr>
            </w:pPr>
          </w:p>
        </w:tc>
      </w:tr>
    </w:tbl>
    <w:p w14:paraId="5659D76F" w14:textId="77777777" w:rsidR="00D61927" w:rsidRPr="009A7D23" w:rsidRDefault="00D61927">
      <w:pPr>
        <w:rPr>
          <w:sz w:val="20"/>
          <w:szCs w:val="20"/>
        </w:rPr>
      </w:pPr>
    </w:p>
    <w:sectPr w:rsidR="00D61927" w:rsidRPr="009A7D23" w:rsidSect="006B6121">
      <w:footerReference w:type="default" r:id="rId9"/>
      <w:pgSz w:w="11909" w:h="16834"/>
      <w:pgMar w:top="426" w:right="792" w:bottom="64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D4D6F" w14:textId="77777777" w:rsidR="00382CB0" w:rsidRDefault="00382CB0">
      <w:pPr>
        <w:spacing w:after="0" w:line="240" w:lineRule="auto"/>
      </w:pPr>
      <w:r>
        <w:separator/>
      </w:r>
    </w:p>
  </w:endnote>
  <w:endnote w:type="continuationSeparator" w:id="0">
    <w:p w14:paraId="7C04B5AA" w14:textId="77777777" w:rsidR="00382CB0" w:rsidRDefault="00382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D9D2" w14:textId="77777777" w:rsidR="00326731" w:rsidRDefault="00D61927">
    <w:pPr>
      <w:pStyle w:val="Footer"/>
      <w:jc w:val="center"/>
    </w:pPr>
    <w:r>
      <w:rPr>
        <w:color w:val="505050"/>
        <w:sz w:val="15"/>
      </w:rPr>
      <w:t>NQRTH MBBS Summer Research Bursary Program | Initial Supervisor-Student Meeting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9A5FA" w14:textId="77777777" w:rsidR="00382CB0" w:rsidRDefault="00382CB0">
      <w:pPr>
        <w:spacing w:after="0" w:line="240" w:lineRule="auto"/>
      </w:pPr>
      <w:r>
        <w:separator/>
      </w:r>
    </w:p>
  </w:footnote>
  <w:footnote w:type="continuationSeparator" w:id="0">
    <w:p w14:paraId="40E8541E" w14:textId="77777777" w:rsidR="00382CB0" w:rsidRDefault="00382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1633424">
    <w:abstractNumId w:val="8"/>
  </w:num>
  <w:num w:numId="2" w16cid:durableId="2077117976">
    <w:abstractNumId w:val="6"/>
  </w:num>
  <w:num w:numId="3" w16cid:durableId="208231018">
    <w:abstractNumId w:val="5"/>
  </w:num>
  <w:num w:numId="4" w16cid:durableId="1892956053">
    <w:abstractNumId w:val="4"/>
  </w:num>
  <w:num w:numId="5" w16cid:durableId="735667270">
    <w:abstractNumId w:val="7"/>
  </w:num>
  <w:num w:numId="6" w16cid:durableId="1860653658">
    <w:abstractNumId w:val="3"/>
  </w:num>
  <w:num w:numId="7" w16cid:durableId="464741993">
    <w:abstractNumId w:val="2"/>
  </w:num>
  <w:num w:numId="8" w16cid:durableId="202524456">
    <w:abstractNumId w:val="1"/>
  </w:num>
  <w:num w:numId="9" w16cid:durableId="547882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87A75"/>
    <w:rsid w:val="0029639D"/>
    <w:rsid w:val="00326731"/>
    <w:rsid w:val="00326F90"/>
    <w:rsid w:val="00382CB0"/>
    <w:rsid w:val="003F529C"/>
    <w:rsid w:val="006B6121"/>
    <w:rsid w:val="006F6582"/>
    <w:rsid w:val="009A7D23"/>
    <w:rsid w:val="00AA1D8D"/>
    <w:rsid w:val="00B44571"/>
    <w:rsid w:val="00B47730"/>
    <w:rsid w:val="00CB0664"/>
    <w:rsid w:val="00CD5696"/>
    <w:rsid w:val="00D17FA8"/>
    <w:rsid w:val="00D61927"/>
    <w:rsid w:val="00E26E3B"/>
    <w:rsid w:val="00E6661A"/>
    <w:rsid w:val="00EF31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30"/>
  <w15:docId w15:val="{6DE8F361-7F96-4556-A7E1-2EB3DD76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92B0BA0DA9AED42A5E68681E9771ADF" ma:contentTypeVersion="16" ma:contentTypeDescription="Create a new document." ma:contentTypeScope="" ma:versionID="f7f18104aa0c8f78ab7ab8f93ed62cbd">
  <xsd:schema xmlns:xsd="http://www.w3.org/2001/XMLSchema" xmlns:xs="http://www.w3.org/2001/XMLSchema" xmlns:p="http://schemas.microsoft.com/office/2006/metadata/properties" xmlns:ns2="c94d5a3d-b6c6-4d76-979d-6d700bcc6bab" xmlns:ns3="dafc73c4-22e0-4f92-892d-09bc45200438" targetNamespace="http://schemas.microsoft.com/office/2006/metadata/properties" ma:root="true" ma:fieldsID="642c7b0a254aca1eaf9f9820ecc9cb0d" ns2:_="" ns3:_="">
    <xsd:import namespace="c94d5a3d-b6c6-4d76-979d-6d700bcc6bab"/>
    <xsd:import namespace="dafc73c4-22e0-4f92-892d-09bc452004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d5a3d-b6c6-4d76-979d-6d700bcc6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026d15-0072-472a-9e8b-1e695e239e4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fc73c4-22e0-4f92-892d-09bc452004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dae0a03-f058-459a-8e8c-ef9c761e5930}" ma:internalName="TaxCatchAll" ma:showField="CatchAllData" ma:web="dafc73c4-22e0-4f92-892d-09bc45200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94d5a3d-b6c6-4d76-979d-6d700bcc6bab">
      <Terms xmlns="http://schemas.microsoft.com/office/infopath/2007/PartnerControls"/>
    </lcf76f155ced4ddcb4097134ff3c332f>
    <TaxCatchAll xmlns="dafc73c4-22e0-4f92-892d-09bc45200438"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AEA77E-A8E1-4D18-9B68-152DF58A6C0F}"/>
</file>

<file path=customXml/itemProps3.xml><?xml version="1.0" encoding="utf-8"?>
<ds:datastoreItem xmlns:ds="http://schemas.openxmlformats.org/officeDocument/2006/customXml" ds:itemID="{2E8E54B2-54D4-46D6-8FF1-6A26907175F4}"/>
</file>

<file path=customXml/itemProps4.xml><?xml version="1.0" encoding="utf-8"?>
<ds:datastoreItem xmlns:ds="http://schemas.openxmlformats.org/officeDocument/2006/customXml" ds:itemID="{DB8B171B-D5EB-4BF4-945F-BAE927AB2250}"/>
</file>

<file path=docProps/app.xml><?xml version="1.0" encoding="utf-8"?>
<Properties xmlns="http://schemas.openxmlformats.org/officeDocument/2006/extended-properties" xmlns:vt="http://schemas.openxmlformats.org/officeDocument/2006/docPropsVTypes">
  <Template>Normal.dotm</Template>
  <TotalTime>7</TotalTime>
  <Pages>3</Pages>
  <Words>602</Words>
  <Characters>3270</Characters>
  <Application>Microsoft Office Word</Application>
  <DocSecurity>0</DocSecurity>
  <Lines>105</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Wright</dc:creator>
  <cp:keywords/>
  <dc:description>generated by python-docx</dc:description>
  <cp:lastModifiedBy>Susan Wright</cp:lastModifiedBy>
  <cp:revision>6</cp:revision>
  <dcterms:created xsi:type="dcterms:W3CDTF">2026-08-12T22:40:00Z</dcterms:created>
  <dcterms:modified xsi:type="dcterms:W3CDTF">2026-08-12T23:08:00Z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0x010100392B0BA0DA9AED42A5E68681E9771ADF</vt:lpwstr>
  </property>
</Properties>
</file>